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E43" w:rsidRDefault="00045880">
      <w:pPr>
        <w:spacing w:after="40"/>
        <w:jc w:val="center"/>
      </w:pPr>
      <w:bookmarkStart w:id="0" w:name="_GoBack"/>
      <w:bookmarkEnd w:id="0"/>
      <w:r w:rsidRPr="005C763B">
        <w:rPr>
          <w:noProof/>
          <w:sz w:val="24"/>
          <w:lang w:val="pl-PL"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544830</wp:posOffset>
            </wp:positionH>
            <wp:positionV relativeFrom="paragraph">
              <wp:posOffset>0</wp:posOffset>
            </wp:positionV>
            <wp:extent cx="1988820" cy="1095375"/>
            <wp:effectExtent l="0" t="0" r="0" b="9525"/>
            <wp:wrapTopAndBottom/>
            <wp:docPr id="3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763B">
        <w:rPr>
          <w:noProof/>
          <w:lang w:val="pl-PL"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0</wp:posOffset>
            </wp:positionV>
            <wp:extent cx="1228725" cy="819150"/>
            <wp:effectExtent l="0" t="0" r="0" b="0"/>
            <wp:wrapTopAndBottom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20 leci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78C0" w:rsidRPr="005C763B">
        <w:rPr>
          <w:rFonts w:ascii="Calibri" w:hAnsi="Calibri"/>
          <w:b/>
          <w:color w:val="475569"/>
          <w:sz w:val="28"/>
        </w:rPr>
        <w:t>REGULAMIN MIĘDZYPOWIATOWEGO KONKURSU JĘZYKOWEGO</w:t>
      </w:r>
      <w:r w:rsidR="004B78C0" w:rsidRPr="005C763B">
        <w:rPr>
          <w:rFonts w:ascii="Calibri" w:hAnsi="Calibri"/>
          <w:b/>
          <w:color w:val="475569"/>
          <w:sz w:val="28"/>
        </w:rPr>
        <w:br/>
      </w:r>
      <w:r w:rsidR="004B78C0" w:rsidRPr="005C763B">
        <w:rPr>
          <w:rFonts w:ascii="Calibri" w:hAnsi="Calibri"/>
          <w:b/>
          <w:color w:val="1E3A8A"/>
          <w:sz w:val="40"/>
        </w:rPr>
        <w:t>„</w:t>
      </w:r>
      <w:proofErr w:type="spellStart"/>
      <w:r w:rsidR="004B78C0" w:rsidRPr="005C763B">
        <w:rPr>
          <w:rFonts w:ascii="Calibri" w:hAnsi="Calibri"/>
          <w:b/>
          <w:color w:val="1E3A8A"/>
          <w:sz w:val="40"/>
        </w:rPr>
        <w:t>Poliglota</w:t>
      </w:r>
      <w:proofErr w:type="spellEnd"/>
      <w:r w:rsidR="004B78C0" w:rsidRPr="005C763B">
        <w:rPr>
          <w:rFonts w:ascii="Calibri" w:hAnsi="Calibri"/>
          <w:b/>
          <w:color w:val="1E3A8A"/>
          <w:sz w:val="40"/>
        </w:rPr>
        <w:t xml:space="preserve"> Challenge: </w:t>
      </w:r>
      <w:proofErr w:type="spellStart"/>
      <w:r w:rsidR="004B78C0" w:rsidRPr="005C763B">
        <w:rPr>
          <w:rFonts w:ascii="Calibri" w:hAnsi="Calibri"/>
          <w:b/>
          <w:color w:val="1E3A8A"/>
          <w:sz w:val="40"/>
        </w:rPr>
        <w:t>Angielski</w:t>
      </w:r>
      <w:proofErr w:type="spellEnd"/>
      <w:r w:rsidR="004B78C0" w:rsidRPr="005C763B">
        <w:rPr>
          <w:rFonts w:ascii="Calibri" w:hAnsi="Calibri"/>
          <w:b/>
          <w:color w:val="1E3A8A"/>
          <w:sz w:val="40"/>
        </w:rPr>
        <w:t xml:space="preserve"> </w:t>
      </w:r>
      <w:proofErr w:type="spellStart"/>
      <w:r w:rsidR="004B78C0" w:rsidRPr="005C763B">
        <w:rPr>
          <w:rFonts w:ascii="Calibri" w:hAnsi="Calibri"/>
          <w:b/>
          <w:color w:val="1E3A8A"/>
          <w:sz w:val="40"/>
        </w:rPr>
        <w:t>i</w:t>
      </w:r>
      <w:proofErr w:type="spellEnd"/>
      <w:r w:rsidR="004B78C0" w:rsidRPr="005C763B">
        <w:rPr>
          <w:rFonts w:ascii="Calibri" w:hAnsi="Calibri"/>
          <w:b/>
          <w:color w:val="1E3A8A"/>
          <w:sz w:val="40"/>
        </w:rPr>
        <w:t xml:space="preserve"> Niemiecki w akcji”</w:t>
      </w:r>
    </w:p>
    <w:p w:rsidR="00843E43" w:rsidRDefault="00843E43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43E43">
        <w:trPr>
          <w:jc w:val="center"/>
        </w:trPr>
        <w:tc>
          <w:tcPr>
            <w:tcW w:w="9360" w:type="dxa"/>
            <w:tcBorders>
              <w:top w:val="single" w:sz="4" w:space="0" w:color="1E3A8A"/>
              <w:left w:val="single" w:sz="24" w:space="0" w:color="1E3A8A"/>
              <w:bottom w:val="single" w:sz="4" w:space="0" w:color="1E3A8A"/>
              <w:right w:val="single" w:sz="4" w:space="0" w:color="1E3A8A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43E43" w:rsidRDefault="004B78C0">
            <w:pPr>
              <w:spacing w:before="40" w:after="120"/>
            </w:pPr>
            <w:r>
              <w:rPr>
                <w:rFonts w:ascii="Calibri" w:hAnsi="Calibri"/>
                <w:b/>
                <w:color w:val="1E3A8A"/>
                <w:sz w:val="26"/>
              </w:rPr>
              <w:t>§ 1. Postanowienia ogólne i Organizatorzy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1. Organizatorzy Konkursu: </w:t>
            </w:r>
            <w:r>
              <w:rPr>
                <w:rFonts w:ascii="Calibri" w:hAnsi="Calibri"/>
                <w:color w:val="334155"/>
                <w:sz w:val="21"/>
              </w:rPr>
              <w:t>Regionalny Ośrodek Doskonalenia Nauczycieli i Informacji Pedagogicznej „WOM” w Rybniku (ul. Parkowa 4a, 44-200 Rybnik) oraz Zespół Szkolno-Przedszkolny nr 4 w Raciborzu.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2. Patronat Honorowy: </w:t>
            </w:r>
            <w:r>
              <w:rPr>
                <w:rFonts w:ascii="Calibri" w:hAnsi="Calibri"/>
                <w:color w:val="334155"/>
                <w:sz w:val="21"/>
              </w:rPr>
              <w:t>Prezydent Raciborza Jacek Wojciechowicz oraz Starosta Powiatu Rybnickiego Grzegorz Swoboda.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3. </w:t>
            </w:r>
            <w:proofErr w:type="spellStart"/>
            <w:r>
              <w:rPr>
                <w:rFonts w:ascii="Calibri" w:hAnsi="Calibri"/>
                <w:b/>
                <w:color w:val="1E293B"/>
                <w:sz w:val="21"/>
              </w:rPr>
              <w:t>Koordynatorki</w:t>
            </w:r>
            <w:proofErr w:type="spellEnd"/>
            <w:r>
              <w:rPr>
                <w:rFonts w:ascii="Calibri" w:hAnsi="Calibri"/>
                <w:b/>
                <w:color w:val="1E293B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293B"/>
                <w:sz w:val="21"/>
              </w:rPr>
              <w:t>Konkursu</w:t>
            </w:r>
            <w:proofErr w:type="spellEnd"/>
            <w:r>
              <w:rPr>
                <w:rFonts w:ascii="Calibri" w:hAnsi="Calibri"/>
                <w:b/>
                <w:color w:val="1E293B"/>
                <w:sz w:val="21"/>
              </w:rPr>
              <w:t xml:space="preserve">: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mgr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Maria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Gołąbek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oraz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mgr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Sylwia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Krause </w:t>
            </w:r>
            <w:r w:rsidR="00066C68">
              <w:rPr>
                <w:rFonts w:ascii="Calibri" w:hAnsi="Calibri"/>
                <w:color w:val="334155"/>
                <w:sz w:val="21"/>
              </w:rPr>
              <w:br/>
            </w:r>
            <w:r>
              <w:rPr>
                <w:rFonts w:ascii="Calibri" w:hAnsi="Calibri"/>
                <w:color w:val="334155"/>
                <w:sz w:val="21"/>
              </w:rPr>
              <w:t>(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kontakt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e-mail: m.golobek@wom.edu.pl).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4. Adresaci Konkursu: </w:t>
            </w:r>
            <w:r>
              <w:rPr>
                <w:rFonts w:ascii="Calibri" w:hAnsi="Calibri"/>
                <w:color w:val="334155"/>
                <w:sz w:val="21"/>
              </w:rPr>
              <w:t>Uczniowie klas 7–8 szkół podstawowych z terenu powiatu rybnickiego, raciborskiego, wodzisławskiego oraz żorskiego. Każdą szkołę reprezentuje dwuosobowa drużyna wyłoniona w eliminacjach szkolnych.</w:t>
            </w:r>
          </w:p>
        </w:tc>
      </w:tr>
    </w:tbl>
    <w:p w:rsidR="00843E43" w:rsidRDefault="00843E43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43E43">
        <w:trPr>
          <w:jc w:val="center"/>
        </w:trPr>
        <w:tc>
          <w:tcPr>
            <w:tcW w:w="9360" w:type="dxa"/>
            <w:tcBorders>
              <w:top w:val="single" w:sz="4" w:space="0" w:color="1E3A8A"/>
              <w:left w:val="single" w:sz="24" w:space="0" w:color="1E3A8A"/>
              <w:bottom w:val="single" w:sz="4" w:space="0" w:color="1E3A8A"/>
              <w:right w:val="single" w:sz="4" w:space="0" w:color="1E3A8A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43E43" w:rsidRDefault="004B78C0">
            <w:pPr>
              <w:spacing w:before="40" w:after="120"/>
            </w:pPr>
            <w:r>
              <w:rPr>
                <w:rFonts w:ascii="Calibri" w:hAnsi="Calibri"/>
                <w:b/>
                <w:color w:val="1E3A8A"/>
                <w:sz w:val="26"/>
              </w:rPr>
              <w:t>§ 2. Cele Konkursu i zakres wymagań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>1. Cele Konkursu:</w:t>
            </w:r>
            <w:r>
              <w:rPr>
                <w:rFonts w:ascii="Calibri" w:hAnsi="Calibri"/>
                <w:b/>
                <w:color w:val="1E293B"/>
                <w:sz w:val="21"/>
              </w:rPr>
              <w:br/>
            </w:r>
            <w:r>
              <w:rPr>
                <w:rFonts w:ascii="Calibri" w:hAnsi="Calibri"/>
                <w:color w:val="334155"/>
                <w:sz w:val="21"/>
              </w:rPr>
              <w:t>• Promowanie nauki języka angielskiego i niemieckiego wśród uczniów szkół podstawowych.</w:t>
            </w:r>
            <w:r>
              <w:rPr>
                <w:rFonts w:ascii="Calibri" w:hAnsi="Calibri"/>
                <w:color w:val="334155"/>
                <w:sz w:val="21"/>
              </w:rPr>
              <w:br/>
              <w:t>• Rozwijanie umiejętności językowych, komunikacyjnych oraz wiedzy kulturowej.</w:t>
            </w:r>
            <w:r>
              <w:rPr>
                <w:rFonts w:ascii="Calibri" w:hAnsi="Calibri"/>
                <w:color w:val="334155"/>
                <w:sz w:val="21"/>
              </w:rPr>
              <w:br/>
              <w:t>• Motywowanie uczniów do praktycznego wykorzystywania znajomości języków obcych.</w:t>
            </w:r>
            <w:r>
              <w:rPr>
                <w:rFonts w:ascii="Calibri" w:hAnsi="Calibri"/>
                <w:color w:val="334155"/>
                <w:sz w:val="21"/>
              </w:rPr>
              <w:br/>
              <w:t>• Stworzenie uczniom możliwości sprawdzenia swoich umiejętności w rywalizacji zespołowej.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2. Zakres wymagań: </w:t>
            </w:r>
            <w:r>
              <w:rPr>
                <w:rFonts w:ascii="Calibri" w:hAnsi="Calibri"/>
                <w:color w:val="334155"/>
                <w:sz w:val="21"/>
              </w:rPr>
              <w:t>Słownictwo tematyczne z języka angielskiego i niemieckiego (obszary: człowiek, dom, szkoła, praca, życie rodzinne i towarzyskie, żywienie) oraz praktyczne użycie struktur leksykalno-gramatycznych w sytuacjach życia codziennego.</w:t>
            </w:r>
          </w:p>
        </w:tc>
      </w:tr>
    </w:tbl>
    <w:p w:rsidR="00843E43" w:rsidRDefault="00843E43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43E43">
        <w:trPr>
          <w:jc w:val="center"/>
        </w:trPr>
        <w:tc>
          <w:tcPr>
            <w:tcW w:w="9360" w:type="dxa"/>
            <w:tcBorders>
              <w:top w:val="single" w:sz="4" w:space="0" w:color="1E3A8A"/>
              <w:left w:val="single" w:sz="24" w:space="0" w:color="1E3A8A"/>
              <w:bottom w:val="single" w:sz="4" w:space="0" w:color="1E3A8A"/>
              <w:right w:val="single" w:sz="4" w:space="0" w:color="1E3A8A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43E43" w:rsidRDefault="004B78C0">
            <w:pPr>
              <w:spacing w:before="40" w:after="120"/>
            </w:pPr>
            <w:r>
              <w:rPr>
                <w:rFonts w:ascii="Calibri" w:hAnsi="Calibri"/>
                <w:b/>
                <w:color w:val="1E3A8A"/>
                <w:sz w:val="26"/>
              </w:rPr>
              <w:t>§ 3. Etapy i przebieg Konkursu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1. Etap I – Eliminacje szkolne: </w:t>
            </w:r>
            <w:r>
              <w:rPr>
                <w:rFonts w:ascii="Calibri" w:hAnsi="Calibri"/>
                <w:color w:val="334155"/>
                <w:sz w:val="21"/>
              </w:rPr>
              <w:t>Przeprowadzane są w szkołach macierzystych przez nauczycieli języków obcych. Nauczyciele przygotowują zadania oraz zasady etapu szkolnego i wyłaniają reprezentację szkoły (2 uczniów).</w:t>
            </w:r>
          </w:p>
          <w:p w:rsidR="00843E43" w:rsidRPr="00045880" w:rsidRDefault="004B78C0">
            <w:pPr>
              <w:spacing w:before="40" w:after="80"/>
              <w:rPr>
                <w:b/>
                <w:sz w:val="28"/>
              </w:rPr>
            </w:pPr>
            <w:r>
              <w:rPr>
                <w:rFonts w:ascii="Calibri" w:hAnsi="Calibri"/>
                <w:b/>
                <w:color w:val="1E293B"/>
                <w:sz w:val="21"/>
              </w:rPr>
              <w:lastRenderedPageBreak/>
              <w:t xml:space="preserve">2. Etap II – Finał Konkursu: </w:t>
            </w:r>
            <w:r>
              <w:rPr>
                <w:rFonts w:ascii="Calibri" w:hAnsi="Calibri"/>
                <w:color w:val="334155"/>
                <w:sz w:val="21"/>
              </w:rPr>
              <w:t xml:space="preserve">Odbywa się w Zespole Szkolno-Przedszkolnym nr 4 w Raciborzu (ul. Bojanowska 5-7, 47-400 Racibórz) </w:t>
            </w:r>
            <w:r w:rsidRPr="00045880">
              <w:rPr>
                <w:rFonts w:ascii="Calibri" w:hAnsi="Calibri"/>
                <w:b/>
                <w:color w:val="334155"/>
                <w:sz w:val="24"/>
              </w:rPr>
              <w:t>w dniu 05 listopada 2026 r. o godz. 9:00.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3. Przebieg finału: </w:t>
            </w:r>
            <w:r>
              <w:rPr>
                <w:rFonts w:ascii="Calibri" w:hAnsi="Calibri"/>
                <w:color w:val="334155"/>
                <w:sz w:val="21"/>
              </w:rPr>
              <w:t>Drużyny rozwiązują 10 zadań konkursowych (5 z języka angielskiego oraz 5 z języka niemieckiego). Powołana Komisja Konkursowa wyłania zwycięskie drużyny. Wręczenie nagród odbędzie się podczas uroczystej gali w dniu finału.</w:t>
            </w:r>
          </w:p>
        </w:tc>
      </w:tr>
    </w:tbl>
    <w:p w:rsidR="00843E43" w:rsidRDefault="00843E43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43E43">
        <w:trPr>
          <w:jc w:val="center"/>
        </w:trPr>
        <w:tc>
          <w:tcPr>
            <w:tcW w:w="9360" w:type="dxa"/>
            <w:tcBorders>
              <w:top w:val="single" w:sz="4" w:space="0" w:color="1E3A8A"/>
              <w:left w:val="single" w:sz="24" w:space="0" w:color="1E3A8A"/>
              <w:bottom w:val="single" w:sz="4" w:space="0" w:color="1E3A8A"/>
              <w:right w:val="single" w:sz="4" w:space="0" w:color="1E3A8A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43E43" w:rsidRDefault="004B78C0">
            <w:pPr>
              <w:spacing w:before="40" w:after="120"/>
            </w:pPr>
            <w:r>
              <w:rPr>
                <w:rFonts w:ascii="Calibri" w:hAnsi="Calibri"/>
                <w:b/>
                <w:color w:val="1E3A8A"/>
                <w:sz w:val="26"/>
              </w:rPr>
              <w:t>§ 4. Zgłoszenia i warunki uczestnictwa</w:t>
            </w:r>
          </w:p>
          <w:p w:rsidR="00843E43" w:rsidRPr="00045880" w:rsidRDefault="004B78C0">
            <w:pPr>
              <w:spacing w:before="40" w:after="80"/>
              <w:rPr>
                <w:b/>
                <w:sz w:val="24"/>
              </w:rPr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1. </w:t>
            </w:r>
            <w:proofErr w:type="spellStart"/>
            <w:r>
              <w:rPr>
                <w:rFonts w:ascii="Calibri" w:hAnsi="Calibri"/>
                <w:b/>
                <w:color w:val="1E293B"/>
                <w:sz w:val="21"/>
              </w:rPr>
              <w:t>Termin</w:t>
            </w:r>
            <w:proofErr w:type="spellEnd"/>
            <w:r>
              <w:rPr>
                <w:rFonts w:ascii="Calibri" w:hAnsi="Calibri"/>
                <w:b/>
                <w:color w:val="1E293B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293B"/>
                <w:sz w:val="21"/>
              </w:rPr>
              <w:t>zgłoszeń</w:t>
            </w:r>
            <w:proofErr w:type="spellEnd"/>
            <w:r>
              <w:rPr>
                <w:rFonts w:ascii="Calibri" w:hAnsi="Calibri"/>
                <w:b/>
                <w:color w:val="1E293B"/>
                <w:sz w:val="21"/>
              </w:rPr>
              <w:t xml:space="preserve">: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Szkoły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zgłaszają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drużyny</w:t>
            </w:r>
            <w:proofErr w:type="spellEnd"/>
            <w:r w:rsidR="00045880">
              <w:rPr>
                <w:rFonts w:ascii="Calibri" w:hAnsi="Calibri"/>
                <w:color w:val="334155"/>
                <w:sz w:val="21"/>
              </w:rPr>
              <w:t xml:space="preserve"> do </w:t>
            </w:r>
            <w:proofErr w:type="spellStart"/>
            <w:r w:rsidR="00045880" w:rsidRPr="00045880">
              <w:rPr>
                <w:rFonts w:ascii="Calibri" w:hAnsi="Calibri"/>
                <w:b/>
                <w:color w:val="334155"/>
              </w:rPr>
              <w:t>finału</w:t>
            </w:r>
            <w:proofErr w:type="spellEnd"/>
            <w:r w:rsidRPr="00045880">
              <w:rPr>
                <w:rFonts w:ascii="Calibri" w:hAnsi="Calibri"/>
                <w:b/>
                <w:color w:val="334155"/>
              </w:rPr>
              <w:t xml:space="preserve"> do </w:t>
            </w:r>
            <w:proofErr w:type="spellStart"/>
            <w:r w:rsidRPr="00045880">
              <w:rPr>
                <w:rFonts w:ascii="Calibri" w:hAnsi="Calibri"/>
                <w:b/>
                <w:color w:val="334155"/>
              </w:rPr>
              <w:t>dnia</w:t>
            </w:r>
            <w:proofErr w:type="spellEnd"/>
            <w:r w:rsidRPr="00045880">
              <w:rPr>
                <w:rFonts w:ascii="Calibri" w:hAnsi="Calibri"/>
                <w:b/>
                <w:color w:val="334155"/>
              </w:rPr>
              <w:t xml:space="preserve"> 16 października 2026 r.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2. Procedura zgłoszeniowa: </w:t>
            </w:r>
            <w:r>
              <w:rPr>
                <w:rFonts w:ascii="Calibri" w:hAnsi="Calibri"/>
                <w:color w:val="334155"/>
                <w:sz w:val="21"/>
              </w:rPr>
              <w:t>Zgłoszenie następuje poprzez przesłanie wypełnionej Karty Zgłoszenia (Załącznik nr 1), pod</w:t>
            </w:r>
            <w:r w:rsidR="00045880">
              <w:rPr>
                <w:rFonts w:ascii="Calibri" w:hAnsi="Calibri"/>
                <w:color w:val="334155"/>
                <w:sz w:val="21"/>
              </w:rPr>
              <w:t xml:space="preserve">pisanej </w:t>
            </w:r>
            <w:proofErr w:type="spellStart"/>
            <w:r w:rsidR="00045880">
              <w:rPr>
                <w:rFonts w:ascii="Calibri" w:hAnsi="Calibri"/>
                <w:color w:val="334155"/>
                <w:sz w:val="21"/>
              </w:rPr>
              <w:t>przez</w:t>
            </w:r>
            <w:proofErr w:type="spellEnd"/>
            <w:r w:rsidR="00045880"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 w:rsidR="00045880">
              <w:rPr>
                <w:rFonts w:ascii="Calibri" w:hAnsi="Calibri"/>
                <w:color w:val="334155"/>
                <w:sz w:val="21"/>
              </w:rPr>
              <w:t>Dyrektora</w:t>
            </w:r>
            <w:proofErr w:type="spellEnd"/>
            <w:r w:rsidR="00045880"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 w:rsidR="00045880">
              <w:rPr>
                <w:rFonts w:ascii="Calibri" w:hAnsi="Calibri"/>
                <w:color w:val="334155"/>
                <w:sz w:val="21"/>
              </w:rPr>
              <w:t>Szkoły</w:t>
            </w:r>
            <w:proofErr w:type="spellEnd"/>
            <w:r w:rsidR="00045880"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 w:rsidR="00045880">
              <w:rPr>
                <w:rFonts w:ascii="Calibri" w:hAnsi="Calibri"/>
                <w:color w:val="334155"/>
                <w:sz w:val="21"/>
              </w:rPr>
              <w:t>lub</w:t>
            </w:r>
            <w:proofErr w:type="spellEnd"/>
            <w:r w:rsidR="00045880"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 w:rsidR="00045880">
              <w:rPr>
                <w:rFonts w:ascii="Calibri" w:hAnsi="Calibri"/>
                <w:color w:val="334155"/>
                <w:sz w:val="21"/>
              </w:rPr>
              <w:t>opatrzonej</w:t>
            </w:r>
            <w:proofErr w:type="spellEnd"/>
            <w:r w:rsidR="00045880"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 w:rsidR="00045880">
              <w:rPr>
                <w:rFonts w:ascii="Calibri" w:hAnsi="Calibri"/>
                <w:color w:val="334155"/>
                <w:sz w:val="21"/>
              </w:rPr>
              <w:t>pieczęcią</w:t>
            </w:r>
            <w:proofErr w:type="spellEnd"/>
            <w:r w:rsidR="00045880"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 w:rsidR="00045880">
              <w:rPr>
                <w:rFonts w:ascii="Calibri" w:hAnsi="Calibri"/>
                <w:color w:val="334155"/>
                <w:sz w:val="21"/>
              </w:rPr>
              <w:t>placówki</w:t>
            </w:r>
            <w:proofErr w:type="spellEnd"/>
            <w:r w:rsidR="00045880"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 w:rsidR="00045880">
              <w:rPr>
                <w:rFonts w:ascii="Calibri" w:hAnsi="Calibri"/>
                <w:color w:val="334155"/>
                <w:sz w:val="21"/>
              </w:rPr>
              <w:t>albo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z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oficjalnego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adresu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e-mail szkoły (dyrekcji lub sekretariatu) na adres: </w:t>
            </w:r>
            <w:r w:rsidRPr="00045880">
              <w:rPr>
                <w:rFonts w:ascii="Calibri" w:hAnsi="Calibri"/>
                <w:b/>
                <w:color w:val="334155"/>
              </w:rPr>
              <w:t>m.golobek@wom.edu.pl</w:t>
            </w:r>
            <w:r>
              <w:rPr>
                <w:rFonts w:ascii="Calibri" w:hAnsi="Calibri"/>
                <w:color w:val="334155"/>
                <w:sz w:val="21"/>
              </w:rPr>
              <w:t>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3. Wymagane dokumenty: </w:t>
            </w:r>
            <w:r>
              <w:rPr>
                <w:rFonts w:ascii="Calibri" w:hAnsi="Calibri"/>
                <w:color w:val="334155"/>
                <w:sz w:val="21"/>
              </w:rPr>
              <w:t>Uczestnicy finału przynoszą ze sobą w dniu konkursu podpisane przez rodziców/opiekunów prawnych Oświadczenia o wyrażeniu zgody na udział, RODO oraz wizerunek (Załącznik nr 2 oraz nr 3).</w:t>
            </w:r>
          </w:p>
        </w:tc>
      </w:tr>
    </w:tbl>
    <w:p w:rsidR="00843E43" w:rsidRDefault="00843E43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43E43">
        <w:trPr>
          <w:jc w:val="center"/>
        </w:trPr>
        <w:tc>
          <w:tcPr>
            <w:tcW w:w="9360" w:type="dxa"/>
            <w:tcBorders>
              <w:top w:val="single" w:sz="4" w:space="0" w:color="1E3A8A"/>
              <w:left w:val="single" w:sz="24" w:space="0" w:color="1E3A8A"/>
              <w:bottom w:val="single" w:sz="4" w:space="0" w:color="1E3A8A"/>
              <w:right w:val="single" w:sz="4" w:space="0" w:color="1E3A8A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43E43" w:rsidRDefault="004B78C0">
            <w:pPr>
              <w:spacing w:before="40" w:after="120"/>
            </w:pPr>
            <w:r>
              <w:rPr>
                <w:rFonts w:ascii="Calibri" w:hAnsi="Calibri"/>
                <w:b/>
                <w:color w:val="1E3A8A"/>
                <w:sz w:val="26"/>
              </w:rPr>
              <w:t xml:space="preserve">§ 5. Ochrona Danych Osobowych (RODO) </w:t>
            </w:r>
          </w:p>
          <w:p w:rsidR="00843E43" w:rsidRPr="00721D83" w:rsidRDefault="004B78C0">
            <w:pPr>
              <w:spacing w:before="40" w:after="80"/>
              <w:rPr>
                <w:rFonts w:asciiTheme="majorHAnsi" w:hAnsiTheme="majorHAnsi" w:cstheme="majorHAnsi"/>
              </w:rPr>
            </w:pPr>
            <w:r w:rsidRPr="00721D83">
              <w:rPr>
                <w:rFonts w:asciiTheme="majorHAnsi" w:hAnsiTheme="majorHAnsi" w:cstheme="majorHAnsi"/>
                <w:b/>
                <w:color w:val="1E293B"/>
              </w:rPr>
              <w:t xml:space="preserve">1. Administrator Danych Osobowych: </w:t>
            </w:r>
            <w:r w:rsidRPr="00721D83">
              <w:rPr>
                <w:rFonts w:asciiTheme="majorHAnsi" w:hAnsiTheme="majorHAnsi" w:cstheme="majorHAnsi"/>
                <w:color w:val="334155"/>
              </w:rPr>
              <w:t>Regionalny Ośrodek Doskonalenia Nauczycieli i Informacji Pedagogicznej „WOM” w Rybniku, ul. Parkowa 4a, 44-200 Rybnik (kontakt IOD: iodowom@wom.edu.pl).</w:t>
            </w:r>
          </w:p>
          <w:p w:rsidR="00843E43" w:rsidRPr="00721D83" w:rsidRDefault="004B78C0">
            <w:pPr>
              <w:spacing w:before="40" w:after="80"/>
              <w:rPr>
                <w:rFonts w:asciiTheme="majorHAnsi" w:hAnsiTheme="majorHAnsi" w:cstheme="majorHAnsi"/>
              </w:rPr>
            </w:pPr>
            <w:r w:rsidRPr="00721D83">
              <w:rPr>
                <w:rFonts w:asciiTheme="majorHAnsi" w:hAnsiTheme="majorHAnsi" w:cstheme="majorHAnsi"/>
                <w:b/>
                <w:color w:val="1E293B"/>
              </w:rPr>
              <w:t xml:space="preserve">2. Cel i podstawa przetwarzania: </w:t>
            </w:r>
            <w:r w:rsidRPr="00721D83">
              <w:rPr>
                <w:rFonts w:asciiTheme="majorHAnsi" w:hAnsiTheme="majorHAnsi" w:cstheme="majorHAnsi"/>
                <w:color w:val="334155"/>
              </w:rPr>
              <w:t>Dane osobowe uczestników oraz ich opiekunów przetwarzane są w celu organizacji, przeprowadzenia i promocji Konkursu na podstawie zgody (art. 6 ust. 1 lit. a RODO) oraz art. 81 ustawy o prawie autorskim (rozpowszechnianie wizerunku).</w:t>
            </w:r>
          </w:p>
          <w:p w:rsidR="00843E43" w:rsidRDefault="004B78C0">
            <w:pPr>
              <w:spacing w:before="40" w:after="80"/>
            </w:pPr>
            <w:r w:rsidRPr="00721D83">
              <w:rPr>
                <w:rFonts w:asciiTheme="majorHAnsi" w:hAnsiTheme="majorHAnsi" w:cstheme="majorHAnsi"/>
                <w:b/>
                <w:color w:val="1E293B"/>
              </w:rPr>
              <w:t xml:space="preserve">3. Prawa uczestników: </w:t>
            </w:r>
            <w:r w:rsidRPr="00721D83">
              <w:rPr>
                <w:rFonts w:asciiTheme="majorHAnsi" w:hAnsiTheme="majorHAnsi" w:cstheme="majorHAnsi"/>
                <w:color w:val="334155"/>
              </w:rPr>
              <w:t xml:space="preserve">Prawo dostępu do treści danych, sprostowania, usunięcia, ograniczenia przetwarzania, cofnięcia zgody w dowolnym momencie oraz wniesienia skargi do </w:t>
            </w:r>
            <w:proofErr w:type="spellStart"/>
            <w:r w:rsidRPr="00721D83">
              <w:rPr>
                <w:rFonts w:asciiTheme="majorHAnsi" w:hAnsiTheme="majorHAnsi" w:cstheme="majorHAnsi"/>
                <w:color w:val="334155"/>
              </w:rPr>
              <w:t>Prezesa</w:t>
            </w:r>
            <w:proofErr w:type="spellEnd"/>
            <w:r w:rsidRPr="00721D83">
              <w:rPr>
                <w:rFonts w:asciiTheme="majorHAnsi" w:hAnsiTheme="majorHAnsi" w:cstheme="majorHAnsi"/>
                <w:color w:val="334155"/>
              </w:rPr>
              <w:t xml:space="preserve"> </w:t>
            </w:r>
            <w:proofErr w:type="spellStart"/>
            <w:r w:rsidRPr="00721D83">
              <w:rPr>
                <w:rFonts w:asciiTheme="majorHAnsi" w:hAnsiTheme="majorHAnsi" w:cstheme="majorHAnsi"/>
                <w:color w:val="334155"/>
              </w:rPr>
              <w:t>Urzędu</w:t>
            </w:r>
            <w:proofErr w:type="spellEnd"/>
            <w:r w:rsidRPr="00721D83">
              <w:rPr>
                <w:rFonts w:asciiTheme="majorHAnsi" w:hAnsiTheme="majorHAnsi" w:cstheme="majorHAnsi"/>
                <w:color w:val="334155"/>
              </w:rPr>
              <w:t xml:space="preserve"> </w:t>
            </w:r>
            <w:proofErr w:type="spellStart"/>
            <w:r w:rsidRPr="00721D83">
              <w:rPr>
                <w:rFonts w:asciiTheme="majorHAnsi" w:hAnsiTheme="majorHAnsi" w:cstheme="majorHAnsi"/>
                <w:color w:val="334155"/>
              </w:rPr>
              <w:t>Ochrony</w:t>
            </w:r>
            <w:proofErr w:type="spellEnd"/>
            <w:r w:rsidRPr="00721D83">
              <w:rPr>
                <w:rFonts w:asciiTheme="majorHAnsi" w:hAnsiTheme="majorHAnsi" w:cstheme="majorHAnsi"/>
                <w:color w:val="334155"/>
              </w:rPr>
              <w:t xml:space="preserve"> </w:t>
            </w:r>
            <w:proofErr w:type="spellStart"/>
            <w:r w:rsidRPr="00721D83">
              <w:rPr>
                <w:rFonts w:asciiTheme="majorHAnsi" w:hAnsiTheme="majorHAnsi" w:cstheme="majorHAnsi"/>
                <w:color w:val="334155"/>
              </w:rPr>
              <w:t>Danych</w:t>
            </w:r>
            <w:proofErr w:type="spellEnd"/>
            <w:r w:rsidRPr="00721D83">
              <w:rPr>
                <w:rFonts w:asciiTheme="majorHAnsi" w:hAnsiTheme="majorHAnsi" w:cstheme="majorHAnsi"/>
                <w:color w:val="334155"/>
              </w:rPr>
              <w:t xml:space="preserve"> </w:t>
            </w:r>
            <w:proofErr w:type="spellStart"/>
            <w:r w:rsidRPr="00721D83">
              <w:rPr>
                <w:rFonts w:asciiTheme="majorHAnsi" w:hAnsiTheme="majorHAnsi" w:cstheme="majorHAnsi"/>
                <w:color w:val="334155"/>
              </w:rPr>
              <w:t>Osobowych</w:t>
            </w:r>
            <w:proofErr w:type="spellEnd"/>
            <w:r w:rsidRPr="00721D83">
              <w:rPr>
                <w:rFonts w:asciiTheme="majorHAnsi" w:hAnsiTheme="majorHAnsi" w:cstheme="majorHAnsi"/>
                <w:color w:val="334155"/>
              </w:rPr>
              <w:t xml:space="preserve"> (PUODO).</w:t>
            </w:r>
            <w:r w:rsidR="00721D83" w:rsidRPr="00721D83">
              <w:rPr>
                <w:rFonts w:asciiTheme="majorHAnsi" w:hAnsiTheme="majorHAnsi" w:cstheme="majorHAnsi"/>
                <w:color w:val="334155"/>
              </w:rPr>
              <w:br/>
            </w:r>
            <w:r w:rsidR="00721D83" w:rsidRPr="00721D83">
              <w:rPr>
                <w:rFonts w:asciiTheme="majorHAnsi" w:hAnsiTheme="majorHAnsi" w:cstheme="majorHAnsi"/>
                <w:b/>
                <w:color w:val="334155"/>
              </w:rPr>
              <w:t>4</w:t>
            </w:r>
            <w:r w:rsidR="00721D83" w:rsidRPr="00721D83">
              <w:rPr>
                <w:rFonts w:asciiTheme="majorHAnsi" w:hAnsiTheme="majorHAnsi" w:cstheme="majorHAnsi"/>
                <w:color w:val="334155"/>
              </w:rPr>
              <w:t xml:space="preserve">.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Podanie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danych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niezbędnych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do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organizacji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Konkursu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jest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dobrowolne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,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lecz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konieczne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do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udziału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.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Brak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zgody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na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publikację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wizerunku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nie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może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stanowić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podstawy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do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odmowy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udziału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 xml:space="preserve"> w </w:t>
            </w:r>
            <w:proofErr w:type="spellStart"/>
            <w:r w:rsidR="00721D83" w:rsidRPr="00721D83">
              <w:rPr>
                <w:rFonts w:asciiTheme="majorHAnsi" w:hAnsiTheme="majorHAnsi" w:cstheme="majorHAnsi"/>
              </w:rPr>
              <w:t>Konkursie</w:t>
            </w:r>
            <w:proofErr w:type="spellEnd"/>
            <w:r w:rsidR="00721D83" w:rsidRPr="00721D83">
              <w:rPr>
                <w:rFonts w:asciiTheme="majorHAnsi" w:hAnsiTheme="majorHAnsi" w:cstheme="majorHAnsi"/>
              </w:rPr>
              <w:t>.</w:t>
            </w:r>
          </w:p>
        </w:tc>
      </w:tr>
    </w:tbl>
    <w:p w:rsidR="00843E43" w:rsidRDefault="00843E43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43E43">
        <w:trPr>
          <w:jc w:val="center"/>
        </w:trPr>
        <w:tc>
          <w:tcPr>
            <w:tcW w:w="9360" w:type="dxa"/>
            <w:tcBorders>
              <w:top w:val="single" w:sz="4" w:space="0" w:color="1E3A8A"/>
              <w:left w:val="single" w:sz="24" w:space="0" w:color="1E3A8A"/>
              <w:bottom w:val="single" w:sz="4" w:space="0" w:color="1E3A8A"/>
              <w:right w:val="single" w:sz="4" w:space="0" w:color="1E3A8A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43E43" w:rsidRDefault="004B78C0">
            <w:pPr>
              <w:spacing w:before="40" w:after="120"/>
            </w:pPr>
            <w:r>
              <w:rPr>
                <w:rFonts w:ascii="Calibri" w:hAnsi="Calibri"/>
                <w:b/>
                <w:color w:val="1E3A8A"/>
                <w:sz w:val="26"/>
              </w:rPr>
              <w:t>§ 6. Postanowienia końcowe i informacje dodatkowe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1. Warsztaty dla nauczycieli: </w:t>
            </w:r>
            <w:r>
              <w:rPr>
                <w:rFonts w:ascii="Calibri" w:hAnsi="Calibri"/>
                <w:color w:val="334155"/>
                <w:sz w:val="21"/>
              </w:rPr>
              <w:t>Podczas trwania finału Konkursu dla nauczycieli-opiekunów zorganizowane zostaną warsztaty metodyczne prowadzone przez nauczyciela-konsultanta RODNiIP „WOM” w Rybniku.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2. Uwagi organizacyjne: </w:t>
            </w:r>
            <w:r>
              <w:rPr>
                <w:rFonts w:ascii="Calibri" w:hAnsi="Calibri"/>
                <w:color w:val="334155"/>
                <w:sz w:val="21"/>
              </w:rPr>
              <w:t>Organizatorzy zastrzegają sobie prawo do wprowadzania zmian w Regulaminie w uzasadnionych przypadkach. Udział w Konkursie oznacza pełną akceptację niniejszego Regulaminu.</w:t>
            </w:r>
          </w:p>
        </w:tc>
      </w:tr>
    </w:tbl>
    <w:p w:rsidR="00843E43" w:rsidRDefault="00843E43">
      <w:pPr>
        <w:spacing w:after="120"/>
      </w:pPr>
    </w:p>
    <w:p w:rsidR="00843E43" w:rsidRDefault="00843E43"/>
    <w:p w:rsidR="00FD5831" w:rsidRDefault="00FD5831" w:rsidP="00FD5831">
      <w:pPr>
        <w:spacing w:after="40"/>
        <w:jc w:val="center"/>
        <w:rPr>
          <w:noProof/>
          <w:sz w:val="20"/>
          <w:lang w:eastAsia="pl-PL"/>
        </w:rPr>
      </w:pPr>
    </w:p>
    <w:p w:rsidR="00FD5831" w:rsidRDefault="00FD5831" w:rsidP="00FD5831">
      <w:pPr>
        <w:spacing w:after="40"/>
        <w:jc w:val="center"/>
        <w:rPr>
          <w:noProof/>
          <w:sz w:val="20"/>
          <w:lang w:eastAsia="pl-PL"/>
        </w:rPr>
      </w:pPr>
    </w:p>
    <w:p w:rsidR="00FD5831" w:rsidRDefault="00FD5831" w:rsidP="00FD5831">
      <w:pPr>
        <w:spacing w:after="40"/>
        <w:jc w:val="center"/>
      </w:pPr>
      <w:r>
        <w:rPr>
          <w:rFonts w:ascii="Calibri" w:hAnsi="Calibri"/>
          <w:b/>
          <w:color w:val="1E3A8A"/>
          <w:sz w:val="28"/>
        </w:rPr>
        <w:t>ZAŁĄCZNIK NR 1 do</w:t>
      </w:r>
      <w:r>
        <w:rPr>
          <w:rFonts w:ascii="Calibri" w:hAnsi="Calibri"/>
          <w:b/>
          <w:color w:val="1E3A8A"/>
          <w:sz w:val="28"/>
        </w:rPr>
        <w:br/>
      </w:r>
      <w:r>
        <w:rPr>
          <w:rFonts w:ascii="Calibri" w:hAnsi="Calibri"/>
          <w:b/>
          <w:color w:val="475569"/>
          <w:sz w:val="24"/>
        </w:rPr>
        <w:t>REGULAMIN</w:t>
      </w:r>
      <w:r w:rsidR="00B16363">
        <w:rPr>
          <w:rFonts w:ascii="Calibri" w:hAnsi="Calibri"/>
          <w:b/>
          <w:color w:val="475569"/>
          <w:sz w:val="24"/>
        </w:rPr>
        <w:t>U</w:t>
      </w:r>
      <w:r>
        <w:rPr>
          <w:rFonts w:ascii="Calibri" w:hAnsi="Calibri"/>
          <w:b/>
          <w:color w:val="475569"/>
          <w:sz w:val="24"/>
        </w:rPr>
        <w:t xml:space="preserve"> MIĘDZYPOWIATOWEGO KONKURSU JĘZYKOWEGO</w:t>
      </w:r>
      <w:r>
        <w:rPr>
          <w:rFonts w:ascii="Calibri" w:hAnsi="Calibri"/>
          <w:b/>
          <w:color w:val="475569"/>
          <w:sz w:val="24"/>
        </w:rPr>
        <w:br/>
      </w:r>
      <w:r>
        <w:rPr>
          <w:rFonts w:ascii="Calibri" w:hAnsi="Calibri"/>
          <w:b/>
          <w:color w:val="1E3A8A"/>
          <w:sz w:val="36"/>
        </w:rPr>
        <w:t>„</w:t>
      </w:r>
      <w:proofErr w:type="spellStart"/>
      <w:r>
        <w:rPr>
          <w:rFonts w:ascii="Calibri" w:hAnsi="Calibri"/>
          <w:b/>
          <w:color w:val="1E3A8A"/>
          <w:sz w:val="36"/>
        </w:rPr>
        <w:t>Poliglota</w:t>
      </w:r>
      <w:proofErr w:type="spellEnd"/>
      <w:r>
        <w:rPr>
          <w:rFonts w:ascii="Calibri" w:hAnsi="Calibri"/>
          <w:b/>
          <w:color w:val="1E3A8A"/>
          <w:sz w:val="36"/>
        </w:rPr>
        <w:t xml:space="preserve"> Challenge: </w:t>
      </w:r>
      <w:proofErr w:type="spellStart"/>
      <w:r>
        <w:rPr>
          <w:rFonts w:ascii="Calibri" w:hAnsi="Calibri"/>
          <w:b/>
          <w:color w:val="1E3A8A"/>
          <w:sz w:val="36"/>
        </w:rPr>
        <w:t>Angielski</w:t>
      </w:r>
      <w:proofErr w:type="spellEnd"/>
      <w:r>
        <w:rPr>
          <w:rFonts w:ascii="Calibri" w:hAnsi="Calibri"/>
          <w:b/>
          <w:color w:val="1E3A8A"/>
          <w:sz w:val="36"/>
        </w:rPr>
        <w:t xml:space="preserve"> </w:t>
      </w:r>
      <w:proofErr w:type="spellStart"/>
      <w:r>
        <w:rPr>
          <w:rFonts w:ascii="Calibri" w:hAnsi="Calibri"/>
          <w:b/>
          <w:color w:val="1E3A8A"/>
          <w:sz w:val="36"/>
        </w:rPr>
        <w:t>i</w:t>
      </w:r>
      <w:proofErr w:type="spellEnd"/>
      <w:r>
        <w:rPr>
          <w:rFonts w:ascii="Calibri" w:hAnsi="Calibri"/>
          <w:b/>
          <w:color w:val="1E3A8A"/>
          <w:sz w:val="36"/>
        </w:rPr>
        <w:t xml:space="preserve"> </w:t>
      </w:r>
      <w:proofErr w:type="spellStart"/>
      <w:r>
        <w:rPr>
          <w:rFonts w:ascii="Calibri" w:hAnsi="Calibri"/>
          <w:b/>
          <w:color w:val="1E3A8A"/>
          <w:sz w:val="36"/>
        </w:rPr>
        <w:t>Niemiecki</w:t>
      </w:r>
      <w:proofErr w:type="spellEnd"/>
      <w:r>
        <w:rPr>
          <w:rFonts w:ascii="Calibri" w:hAnsi="Calibri"/>
          <w:b/>
          <w:color w:val="1E3A8A"/>
          <w:sz w:val="36"/>
        </w:rPr>
        <w:t xml:space="preserve"> w </w:t>
      </w:r>
      <w:proofErr w:type="spellStart"/>
      <w:r>
        <w:rPr>
          <w:rFonts w:ascii="Calibri" w:hAnsi="Calibri"/>
          <w:b/>
          <w:color w:val="1E3A8A"/>
          <w:sz w:val="36"/>
        </w:rPr>
        <w:t>akcji</w:t>
      </w:r>
      <w:proofErr w:type="spellEnd"/>
      <w:r>
        <w:rPr>
          <w:rFonts w:ascii="Calibri" w:hAnsi="Calibri"/>
          <w:b/>
          <w:color w:val="1E3A8A"/>
          <w:sz w:val="36"/>
        </w:rPr>
        <w:t>”</w:t>
      </w:r>
    </w:p>
    <w:p w:rsidR="00FD5831" w:rsidRDefault="00FD5831">
      <w:pPr>
        <w:jc w:val="center"/>
        <w:rPr>
          <w:rFonts w:ascii="Calibri" w:hAnsi="Calibri"/>
          <w:b/>
          <w:color w:val="1E3A8A"/>
          <w:sz w:val="28"/>
        </w:rPr>
      </w:pPr>
    </w:p>
    <w:p w:rsidR="00843E43" w:rsidRDefault="004B78C0">
      <w:pPr>
        <w:jc w:val="center"/>
      </w:pPr>
      <w:r>
        <w:rPr>
          <w:rFonts w:ascii="Calibri" w:hAnsi="Calibri"/>
          <w:b/>
          <w:color w:val="1E3A8A"/>
          <w:sz w:val="28"/>
        </w:rPr>
        <w:t xml:space="preserve">KARTA ZGŁOSZENIA </w:t>
      </w:r>
      <w:r w:rsidR="00045880">
        <w:rPr>
          <w:rFonts w:ascii="Calibri" w:hAnsi="Calibri"/>
          <w:b/>
          <w:color w:val="1E3A8A"/>
          <w:sz w:val="28"/>
        </w:rPr>
        <w:t>UCZESTNIKÓW</w:t>
      </w:r>
    </w:p>
    <w:p w:rsidR="00843E43" w:rsidRDefault="004B78C0">
      <w:pPr>
        <w:jc w:val="center"/>
      </w:pPr>
      <w:r>
        <w:rPr>
          <w:rFonts w:ascii="Calibri" w:hAnsi="Calibri"/>
          <w:b/>
          <w:color w:val="64748B"/>
          <w:sz w:val="20"/>
        </w:rPr>
        <w:t>PROSIMY WYPEŁNIĆ DRUKOWANYMI LITERAMI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6048"/>
      </w:tblGrid>
      <w:tr w:rsidR="00843E43">
        <w:trPr>
          <w:jc w:val="center"/>
        </w:trPr>
        <w:tc>
          <w:tcPr>
            <w:tcW w:w="33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045880" w:rsidP="00045880"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Uczeń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1 (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Imię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nazwisko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klasa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): </w:t>
            </w:r>
          </w:p>
        </w:tc>
        <w:tc>
          <w:tcPr>
            <w:tcW w:w="604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4B78C0">
            <w:r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br/>
            </w:r>
          </w:p>
        </w:tc>
      </w:tr>
      <w:tr w:rsidR="00843E43">
        <w:trPr>
          <w:jc w:val="center"/>
        </w:trPr>
        <w:tc>
          <w:tcPr>
            <w:tcW w:w="33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045880"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Uczeń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2 (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Imię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nazwisko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klasa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>):</w:t>
            </w:r>
          </w:p>
        </w:tc>
        <w:tc>
          <w:tcPr>
            <w:tcW w:w="604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4B78C0">
            <w:r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br/>
            </w:r>
          </w:p>
        </w:tc>
      </w:tr>
      <w:tr w:rsidR="00843E43">
        <w:trPr>
          <w:jc w:val="center"/>
        </w:trPr>
        <w:tc>
          <w:tcPr>
            <w:tcW w:w="33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4B78C0">
            <w:r>
              <w:rPr>
                <w:rFonts w:ascii="Calibri" w:hAnsi="Calibri"/>
                <w:b/>
                <w:color w:val="1E293B"/>
                <w:sz w:val="20"/>
              </w:rPr>
              <w:t>Imię i nazwisko nauczyciela-opiekuna:</w:t>
            </w:r>
          </w:p>
        </w:tc>
        <w:tc>
          <w:tcPr>
            <w:tcW w:w="604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4B78C0">
            <w:r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br/>
            </w:r>
          </w:p>
        </w:tc>
      </w:tr>
      <w:tr w:rsidR="00843E43">
        <w:trPr>
          <w:jc w:val="center"/>
        </w:trPr>
        <w:tc>
          <w:tcPr>
            <w:tcW w:w="33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045880" w:rsidP="00045880"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Pełna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nazwa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i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adres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szkoły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>:</w:t>
            </w:r>
          </w:p>
        </w:tc>
        <w:tc>
          <w:tcPr>
            <w:tcW w:w="604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4B78C0">
            <w:r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br/>
            </w:r>
          </w:p>
        </w:tc>
      </w:tr>
      <w:tr w:rsidR="00843E43">
        <w:trPr>
          <w:jc w:val="center"/>
        </w:trPr>
        <w:tc>
          <w:tcPr>
            <w:tcW w:w="3312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1F5F9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045880">
            <w:r>
              <w:rPr>
                <w:rFonts w:ascii="Calibri" w:hAnsi="Calibri"/>
                <w:b/>
                <w:color w:val="1E293B"/>
                <w:sz w:val="20"/>
              </w:rPr>
              <w:t xml:space="preserve">Dane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kontaktowe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1E293B"/>
                <w:sz w:val="20"/>
              </w:rPr>
              <w:t>szkoły</w:t>
            </w:r>
            <w:proofErr w:type="spellEnd"/>
            <w:r>
              <w:rPr>
                <w:rFonts w:ascii="Calibri" w:hAnsi="Calibri"/>
                <w:b/>
                <w:color w:val="1E293B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1E293B"/>
                <w:sz w:val="20"/>
              </w:rPr>
              <w:br/>
              <w:t>(tel., e-mail):</w:t>
            </w:r>
          </w:p>
        </w:tc>
        <w:tc>
          <w:tcPr>
            <w:tcW w:w="6048" w:type="dxa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843E43" w:rsidRDefault="004B78C0">
            <w:r>
              <w:rPr>
                <w:rFonts w:ascii="Calibri" w:hAnsi="Calibri"/>
                <w:sz w:val="20"/>
              </w:rPr>
              <w:br/>
            </w:r>
            <w:r>
              <w:rPr>
                <w:rFonts w:ascii="Calibri" w:hAnsi="Calibri"/>
                <w:sz w:val="20"/>
              </w:rPr>
              <w:br/>
            </w:r>
          </w:p>
        </w:tc>
      </w:tr>
    </w:tbl>
    <w:p w:rsidR="00843E43" w:rsidRDefault="00843E43">
      <w:pPr>
        <w:spacing w:after="240"/>
      </w:pPr>
    </w:p>
    <w:p w:rsidR="00066C68" w:rsidRDefault="00066C68">
      <w:pPr>
        <w:spacing w:after="240"/>
      </w:pPr>
    </w:p>
    <w:p w:rsidR="00843E43" w:rsidRDefault="004B78C0">
      <w:pPr>
        <w:spacing w:before="240" w:after="480"/>
      </w:pPr>
      <w:r>
        <w:rPr>
          <w:rFonts w:ascii="Calibri" w:hAnsi="Calibri"/>
          <w:color w:val="475569"/>
          <w:sz w:val="19"/>
        </w:rPr>
        <w:t>..........................................................                                   ..........................................................</w:t>
      </w:r>
      <w:r>
        <w:rPr>
          <w:rFonts w:ascii="Calibri" w:hAnsi="Calibri"/>
          <w:color w:val="475569"/>
          <w:sz w:val="19"/>
        </w:rPr>
        <w:br/>
      </w:r>
      <w:proofErr w:type="spellStart"/>
      <w:r>
        <w:rPr>
          <w:rFonts w:ascii="Calibri" w:hAnsi="Calibri"/>
          <w:color w:val="475569"/>
          <w:sz w:val="19"/>
        </w:rPr>
        <w:t>Miejscowość</w:t>
      </w:r>
      <w:proofErr w:type="spellEnd"/>
      <w:r>
        <w:rPr>
          <w:rFonts w:ascii="Calibri" w:hAnsi="Calibri"/>
          <w:color w:val="475569"/>
          <w:sz w:val="19"/>
        </w:rPr>
        <w:t xml:space="preserve"> </w:t>
      </w:r>
      <w:proofErr w:type="spellStart"/>
      <w:r>
        <w:rPr>
          <w:rFonts w:ascii="Calibri" w:hAnsi="Calibri"/>
          <w:color w:val="475569"/>
          <w:sz w:val="19"/>
        </w:rPr>
        <w:t>i</w:t>
      </w:r>
      <w:proofErr w:type="spellEnd"/>
      <w:r>
        <w:rPr>
          <w:rFonts w:ascii="Calibri" w:hAnsi="Calibri"/>
          <w:color w:val="475569"/>
          <w:sz w:val="19"/>
        </w:rPr>
        <w:t xml:space="preserve"> data                                                               </w:t>
      </w:r>
      <w:proofErr w:type="spellStart"/>
      <w:r>
        <w:rPr>
          <w:rFonts w:ascii="Calibri" w:hAnsi="Calibri"/>
          <w:color w:val="475569"/>
          <w:sz w:val="19"/>
        </w:rPr>
        <w:t>Pieczęć</w:t>
      </w:r>
      <w:proofErr w:type="spellEnd"/>
      <w:r>
        <w:rPr>
          <w:rFonts w:ascii="Calibri" w:hAnsi="Calibri"/>
          <w:color w:val="475569"/>
          <w:sz w:val="19"/>
        </w:rPr>
        <w:t xml:space="preserve"> </w:t>
      </w:r>
      <w:r w:rsidR="00066C68">
        <w:rPr>
          <w:rFonts w:ascii="Calibri" w:hAnsi="Calibri"/>
          <w:color w:val="475569"/>
          <w:sz w:val="19"/>
        </w:rPr>
        <w:t>/</w:t>
      </w:r>
      <w:r>
        <w:rPr>
          <w:rFonts w:ascii="Calibri" w:hAnsi="Calibri"/>
          <w:color w:val="475569"/>
          <w:sz w:val="19"/>
        </w:rPr>
        <w:t xml:space="preserve"> </w:t>
      </w:r>
      <w:proofErr w:type="spellStart"/>
      <w:r>
        <w:rPr>
          <w:rFonts w:ascii="Calibri" w:hAnsi="Calibri"/>
          <w:color w:val="475569"/>
          <w:sz w:val="19"/>
        </w:rPr>
        <w:t>podpis</w:t>
      </w:r>
      <w:proofErr w:type="spellEnd"/>
      <w:r>
        <w:rPr>
          <w:rFonts w:ascii="Calibri" w:hAnsi="Calibri"/>
          <w:color w:val="475569"/>
          <w:sz w:val="19"/>
        </w:rPr>
        <w:t xml:space="preserve"> </w:t>
      </w:r>
      <w:proofErr w:type="spellStart"/>
      <w:r>
        <w:rPr>
          <w:rFonts w:ascii="Calibri" w:hAnsi="Calibri"/>
          <w:color w:val="475569"/>
          <w:sz w:val="19"/>
        </w:rPr>
        <w:t>Dyrektora</w:t>
      </w:r>
      <w:proofErr w:type="spellEnd"/>
      <w:r>
        <w:rPr>
          <w:rFonts w:ascii="Calibri" w:hAnsi="Calibri"/>
          <w:color w:val="475569"/>
          <w:sz w:val="19"/>
        </w:rPr>
        <w:t xml:space="preserve"> </w:t>
      </w:r>
      <w:proofErr w:type="spellStart"/>
      <w:r>
        <w:rPr>
          <w:rFonts w:ascii="Calibri" w:hAnsi="Calibri"/>
          <w:color w:val="475569"/>
          <w:sz w:val="19"/>
        </w:rPr>
        <w:t>Szkoły</w:t>
      </w:r>
      <w:proofErr w:type="spellEnd"/>
    </w:p>
    <w:p w:rsidR="00843E43" w:rsidRDefault="004B78C0">
      <w:r>
        <w:br w:type="page"/>
      </w:r>
    </w:p>
    <w:p w:rsidR="00066C68" w:rsidRDefault="00066C68" w:rsidP="00B16363">
      <w:pPr>
        <w:spacing w:after="40"/>
        <w:jc w:val="center"/>
        <w:rPr>
          <w:rFonts w:ascii="Calibri" w:hAnsi="Calibri"/>
          <w:b/>
          <w:color w:val="1E3A8A"/>
          <w:sz w:val="28"/>
        </w:rPr>
      </w:pPr>
    </w:p>
    <w:p w:rsidR="00B16363" w:rsidRDefault="00B16363" w:rsidP="00B16363">
      <w:pPr>
        <w:spacing w:after="40"/>
        <w:jc w:val="center"/>
      </w:pPr>
      <w:r>
        <w:rPr>
          <w:rFonts w:ascii="Calibri" w:hAnsi="Calibri"/>
          <w:b/>
          <w:color w:val="1E3A8A"/>
          <w:sz w:val="28"/>
        </w:rPr>
        <w:t>ZAŁĄCZNIK NR 2 do</w:t>
      </w:r>
      <w:r>
        <w:rPr>
          <w:rFonts w:ascii="Calibri" w:hAnsi="Calibri"/>
          <w:b/>
          <w:color w:val="1E3A8A"/>
          <w:sz w:val="28"/>
        </w:rPr>
        <w:br/>
      </w:r>
      <w:r>
        <w:rPr>
          <w:rFonts w:ascii="Calibri" w:hAnsi="Calibri"/>
          <w:b/>
          <w:color w:val="475569"/>
          <w:sz w:val="24"/>
        </w:rPr>
        <w:t>REGULAMINU MIĘDZYPOWIATOWEGO KONKURSU JĘZYKOWEGO</w:t>
      </w:r>
      <w:r>
        <w:rPr>
          <w:rFonts w:ascii="Calibri" w:hAnsi="Calibri"/>
          <w:b/>
          <w:color w:val="475569"/>
          <w:sz w:val="24"/>
        </w:rPr>
        <w:br/>
      </w:r>
      <w:r>
        <w:rPr>
          <w:rFonts w:ascii="Calibri" w:hAnsi="Calibri"/>
          <w:b/>
          <w:color w:val="1E3A8A"/>
          <w:sz w:val="36"/>
        </w:rPr>
        <w:t>„</w:t>
      </w:r>
      <w:proofErr w:type="spellStart"/>
      <w:r>
        <w:rPr>
          <w:rFonts w:ascii="Calibri" w:hAnsi="Calibri"/>
          <w:b/>
          <w:color w:val="1E3A8A"/>
          <w:sz w:val="36"/>
        </w:rPr>
        <w:t>Poliglota</w:t>
      </w:r>
      <w:proofErr w:type="spellEnd"/>
      <w:r>
        <w:rPr>
          <w:rFonts w:ascii="Calibri" w:hAnsi="Calibri"/>
          <w:b/>
          <w:color w:val="1E3A8A"/>
          <w:sz w:val="36"/>
        </w:rPr>
        <w:t xml:space="preserve"> Challenge: </w:t>
      </w:r>
      <w:proofErr w:type="spellStart"/>
      <w:r>
        <w:rPr>
          <w:rFonts w:ascii="Calibri" w:hAnsi="Calibri"/>
          <w:b/>
          <w:color w:val="1E3A8A"/>
          <w:sz w:val="36"/>
        </w:rPr>
        <w:t>Angielski</w:t>
      </w:r>
      <w:proofErr w:type="spellEnd"/>
      <w:r>
        <w:rPr>
          <w:rFonts w:ascii="Calibri" w:hAnsi="Calibri"/>
          <w:b/>
          <w:color w:val="1E3A8A"/>
          <w:sz w:val="36"/>
        </w:rPr>
        <w:t xml:space="preserve"> </w:t>
      </w:r>
      <w:proofErr w:type="spellStart"/>
      <w:r>
        <w:rPr>
          <w:rFonts w:ascii="Calibri" w:hAnsi="Calibri"/>
          <w:b/>
          <w:color w:val="1E3A8A"/>
          <w:sz w:val="36"/>
        </w:rPr>
        <w:t>i</w:t>
      </w:r>
      <w:proofErr w:type="spellEnd"/>
      <w:r>
        <w:rPr>
          <w:rFonts w:ascii="Calibri" w:hAnsi="Calibri"/>
          <w:b/>
          <w:color w:val="1E3A8A"/>
          <w:sz w:val="36"/>
        </w:rPr>
        <w:t xml:space="preserve"> </w:t>
      </w:r>
      <w:proofErr w:type="spellStart"/>
      <w:r>
        <w:rPr>
          <w:rFonts w:ascii="Calibri" w:hAnsi="Calibri"/>
          <w:b/>
          <w:color w:val="1E3A8A"/>
          <w:sz w:val="36"/>
        </w:rPr>
        <w:t>Niemiecki</w:t>
      </w:r>
      <w:proofErr w:type="spellEnd"/>
      <w:r>
        <w:rPr>
          <w:rFonts w:ascii="Calibri" w:hAnsi="Calibri"/>
          <w:b/>
          <w:color w:val="1E3A8A"/>
          <w:sz w:val="36"/>
        </w:rPr>
        <w:t xml:space="preserve"> w </w:t>
      </w:r>
      <w:proofErr w:type="spellStart"/>
      <w:r>
        <w:rPr>
          <w:rFonts w:ascii="Calibri" w:hAnsi="Calibri"/>
          <w:b/>
          <w:color w:val="1E3A8A"/>
          <w:sz w:val="36"/>
        </w:rPr>
        <w:t>akcji</w:t>
      </w:r>
      <w:proofErr w:type="spellEnd"/>
      <w:r>
        <w:rPr>
          <w:rFonts w:ascii="Calibri" w:hAnsi="Calibri"/>
          <w:b/>
          <w:color w:val="1E3A8A"/>
          <w:sz w:val="36"/>
        </w:rPr>
        <w:t>”</w:t>
      </w:r>
    </w:p>
    <w:p w:rsidR="00B16363" w:rsidRDefault="00B16363">
      <w:pPr>
        <w:jc w:val="center"/>
        <w:rPr>
          <w:rFonts w:ascii="Calibri" w:hAnsi="Calibri"/>
          <w:b/>
          <w:color w:val="1E3A8A"/>
          <w:sz w:val="26"/>
        </w:rPr>
      </w:pPr>
    </w:p>
    <w:p w:rsidR="00B16363" w:rsidRDefault="00B16363">
      <w:pPr>
        <w:jc w:val="center"/>
        <w:rPr>
          <w:rFonts w:ascii="Calibri" w:hAnsi="Calibri"/>
          <w:b/>
          <w:color w:val="1E3A8A"/>
          <w:sz w:val="26"/>
        </w:rPr>
      </w:pPr>
    </w:p>
    <w:p w:rsidR="00B16363" w:rsidRDefault="00B16363">
      <w:pPr>
        <w:jc w:val="center"/>
        <w:rPr>
          <w:rFonts w:ascii="Calibri" w:hAnsi="Calibri"/>
          <w:b/>
          <w:color w:val="1E3A8A"/>
          <w:sz w:val="26"/>
        </w:rPr>
      </w:pPr>
    </w:p>
    <w:p w:rsidR="00843E43" w:rsidRDefault="004B78C0">
      <w:pPr>
        <w:jc w:val="center"/>
      </w:pPr>
      <w:r>
        <w:rPr>
          <w:rFonts w:ascii="Calibri" w:hAnsi="Calibri"/>
          <w:b/>
          <w:color w:val="1E3A8A"/>
          <w:sz w:val="26"/>
        </w:rPr>
        <w:t>ZAŁĄCZNIK NR 2 | OŚWIADCZENIE I ZGODA RODZICA / OPIEKUNA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843E43">
        <w:trPr>
          <w:jc w:val="center"/>
        </w:trPr>
        <w:tc>
          <w:tcPr>
            <w:tcW w:w="9360" w:type="dxa"/>
            <w:tcBorders>
              <w:top w:val="single" w:sz="4" w:space="0" w:color="1E3A8A"/>
              <w:left w:val="single" w:sz="24" w:space="0" w:color="1E3A8A"/>
              <w:bottom w:val="single" w:sz="4" w:space="0" w:color="1E3A8A"/>
              <w:right w:val="single" w:sz="4" w:space="0" w:color="1E3A8A"/>
            </w:tcBorders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843E43" w:rsidRDefault="004B78C0">
            <w:pPr>
              <w:spacing w:before="40" w:after="120"/>
            </w:pPr>
            <w:r>
              <w:rPr>
                <w:rFonts w:ascii="Calibri" w:hAnsi="Calibri"/>
                <w:b/>
                <w:color w:val="1E3A8A"/>
                <w:sz w:val="26"/>
              </w:rPr>
              <w:t>Oświadczenie o udziale dziecka w Konkursie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Ja, niżej podpisany/a (Imię i nazwisko rodzica/opiekuna): </w:t>
            </w:r>
            <w:r>
              <w:rPr>
                <w:rFonts w:ascii="Calibri" w:hAnsi="Calibri"/>
                <w:color w:val="334155"/>
                <w:sz w:val="21"/>
              </w:rPr>
              <w:t>.......................................................................................................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Telefon kontaktowy rodzica/opiekuna: </w:t>
            </w:r>
            <w:r>
              <w:rPr>
                <w:rFonts w:ascii="Calibri" w:hAnsi="Calibri"/>
                <w:color w:val="334155"/>
                <w:sz w:val="21"/>
              </w:rPr>
              <w:t>...............................................................................................................................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Imię i nazwisko dziecka (uczestnika Konkursu): </w:t>
            </w:r>
            <w:r>
              <w:rPr>
                <w:rFonts w:ascii="Calibri" w:hAnsi="Calibri"/>
                <w:color w:val="334155"/>
                <w:sz w:val="21"/>
              </w:rPr>
              <w:t>...............................................................................................................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b/>
                <w:color w:val="1E293B"/>
                <w:sz w:val="21"/>
              </w:rPr>
              <w:t xml:space="preserve">Nazwa i numer szkoły: </w:t>
            </w:r>
            <w:r>
              <w:rPr>
                <w:rFonts w:ascii="Calibri" w:hAnsi="Calibri"/>
                <w:color w:val="334155"/>
                <w:sz w:val="21"/>
              </w:rPr>
              <w:t>....................................................................................................................................................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color w:val="334155"/>
                <w:sz w:val="21"/>
              </w:rPr>
              <w:br/>
              <w:t xml:space="preserve">1. Oświadczam, że wyrażam zgodę na udział mojego dziecka w Międzypowiatowym Konkursie Językowym „Poliglota Challenge: Angielski i Niemiecki w akcji” organizowanym przez RODNiIP „WOM” </w:t>
            </w:r>
            <w:r w:rsidR="00B16363">
              <w:rPr>
                <w:rFonts w:ascii="Calibri" w:hAnsi="Calibri"/>
                <w:color w:val="334155"/>
                <w:sz w:val="21"/>
              </w:rPr>
              <w:br/>
            </w:r>
            <w:r>
              <w:rPr>
                <w:rFonts w:ascii="Calibri" w:hAnsi="Calibri"/>
                <w:color w:val="334155"/>
                <w:sz w:val="21"/>
              </w:rPr>
              <w:t xml:space="preserve">w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Rybniku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oraz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ZSP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nr</w:t>
            </w:r>
            <w:proofErr w:type="spellEnd"/>
            <w:r>
              <w:rPr>
                <w:rFonts w:ascii="Calibri" w:hAnsi="Calibri"/>
                <w:color w:val="334155"/>
                <w:sz w:val="21"/>
              </w:rPr>
              <w:t xml:space="preserve"> 4 w </w:t>
            </w:r>
            <w:proofErr w:type="spellStart"/>
            <w:r>
              <w:rPr>
                <w:rFonts w:ascii="Calibri" w:hAnsi="Calibri"/>
                <w:color w:val="334155"/>
                <w:sz w:val="21"/>
              </w:rPr>
              <w:t>Raciborzu</w:t>
            </w:r>
            <w:proofErr w:type="spellEnd"/>
            <w:r w:rsidR="00721D83">
              <w:rPr>
                <w:rFonts w:ascii="Calibri" w:hAnsi="Calibri"/>
                <w:color w:val="334155"/>
                <w:sz w:val="21"/>
              </w:rPr>
              <w:t>,</w:t>
            </w:r>
            <w:r w:rsidR="00B16363">
              <w:rPr>
                <w:rFonts w:ascii="Calibri" w:hAnsi="Calibri"/>
                <w:color w:val="334155"/>
                <w:sz w:val="21"/>
              </w:rPr>
              <w:t xml:space="preserve"> w 2026 r</w:t>
            </w:r>
            <w:r>
              <w:rPr>
                <w:rFonts w:ascii="Calibri" w:hAnsi="Calibri"/>
                <w:color w:val="334155"/>
                <w:sz w:val="21"/>
              </w:rPr>
              <w:t>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color w:val="334155"/>
                <w:sz w:val="21"/>
              </w:rPr>
              <w:t>2. Oświadczam, że zapoznałem/am się z treścią Regulaminu Konkursu i w pełni akceptuję jego warunki.</w:t>
            </w:r>
          </w:p>
          <w:p w:rsidR="00843E43" w:rsidRDefault="004B78C0">
            <w:pPr>
              <w:spacing w:before="40" w:after="80"/>
            </w:pPr>
            <w:r>
              <w:rPr>
                <w:rFonts w:ascii="Calibri" w:hAnsi="Calibri"/>
                <w:color w:val="334155"/>
                <w:sz w:val="21"/>
              </w:rPr>
              <w:t>3. Wyrażam zgodę na przetwarzanie danych osobowych moich oraz mojego dziecka w celach związanych z organizacją, przeprowadzeniem i rozstrzygnięciem Konkursu zgodnie z RODO.</w:t>
            </w:r>
          </w:p>
        </w:tc>
      </w:tr>
    </w:tbl>
    <w:p w:rsidR="00843E43" w:rsidRDefault="00843E43">
      <w:pPr>
        <w:spacing w:after="120"/>
      </w:pPr>
    </w:p>
    <w:p w:rsidR="00066C68" w:rsidRDefault="00066C68">
      <w:pPr>
        <w:spacing w:after="120"/>
      </w:pPr>
    </w:p>
    <w:p w:rsidR="00843E43" w:rsidRDefault="004B78C0" w:rsidP="00066C68">
      <w:pPr>
        <w:spacing w:before="360" w:after="240"/>
      </w:pPr>
      <w:r>
        <w:rPr>
          <w:rFonts w:ascii="Calibri" w:hAnsi="Calibri"/>
          <w:color w:val="475569"/>
          <w:sz w:val="19"/>
        </w:rPr>
        <w:t>..........................................................                                   ..........................................................</w:t>
      </w:r>
      <w:r>
        <w:rPr>
          <w:rFonts w:ascii="Calibri" w:hAnsi="Calibri"/>
          <w:color w:val="475569"/>
          <w:sz w:val="19"/>
        </w:rPr>
        <w:br/>
        <w:t xml:space="preserve">Miejscowość </w:t>
      </w:r>
      <w:proofErr w:type="spellStart"/>
      <w:r>
        <w:rPr>
          <w:rFonts w:ascii="Calibri" w:hAnsi="Calibri"/>
          <w:color w:val="475569"/>
          <w:sz w:val="19"/>
        </w:rPr>
        <w:t>i</w:t>
      </w:r>
      <w:proofErr w:type="spellEnd"/>
      <w:r>
        <w:rPr>
          <w:rFonts w:ascii="Calibri" w:hAnsi="Calibri"/>
          <w:color w:val="475569"/>
          <w:sz w:val="19"/>
        </w:rPr>
        <w:t xml:space="preserve"> data                                                               </w:t>
      </w:r>
      <w:proofErr w:type="spellStart"/>
      <w:r>
        <w:rPr>
          <w:rFonts w:ascii="Calibri" w:hAnsi="Calibri"/>
          <w:color w:val="475569"/>
          <w:sz w:val="19"/>
        </w:rPr>
        <w:t>Podpis</w:t>
      </w:r>
      <w:proofErr w:type="spellEnd"/>
      <w:r>
        <w:rPr>
          <w:rFonts w:ascii="Calibri" w:hAnsi="Calibri"/>
          <w:color w:val="475569"/>
          <w:sz w:val="19"/>
        </w:rPr>
        <w:t xml:space="preserve"> </w:t>
      </w:r>
      <w:proofErr w:type="spellStart"/>
      <w:r>
        <w:rPr>
          <w:rFonts w:ascii="Calibri" w:hAnsi="Calibri"/>
          <w:color w:val="475569"/>
          <w:sz w:val="19"/>
        </w:rPr>
        <w:t>rodzica</w:t>
      </w:r>
      <w:proofErr w:type="spellEnd"/>
      <w:r>
        <w:rPr>
          <w:rFonts w:ascii="Calibri" w:hAnsi="Calibri"/>
          <w:color w:val="475569"/>
          <w:sz w:val="19"/>
        </w:rPr>
        <w:t xml:space="preserve"> / </w:t>
      </w:r>
      <w:proofErr w:type="spellStart"/>
      <w:r>
        <w:rPr>
          <w:rFonts w:ascii="Calibri" w:hAnsi="Calibri"/>
          <w:color w:val="475569"/>
          <w:sz w:val="19"/>
        </w:rPr>
        <w:t>opiekuna</w:t>
      </w:r>
      <w:proofErr w:type="spellEnd"/>
      <w:r>
        <w:rPr>
          <w:rFonts w:ascii="Calibri" w:hAnsi="Calibri"/>
          <w:color w:val="475569"/>
          <w:sz w:val="19"/>
        </w:rPr>
        <w:t xml:space="preserve"> </w:t>
      </w:r>
      <w:proofErr w:type="spellStart"/>
      <w:r>
        <w:rPr>
          <w:rFonts w:ascii="Calibri" w:hAnsi="Calibri"/>
          <w:color w:val="475569"/>
          <w:sz w:val="19"/>
        </w:rPr>
        <w:t>prawnego</w:t>
      </w:r>
      <w:proofErr w:type="spellEnd"/>
    </w:p>
    <w:sectPr w:rsidR="00843E43" w:rsidSect="00034616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350" w:rsidRDefault="00862350">
      <w:pPr>
        <w:spacing w:after="0" w:line="240" w:lineRule="auto"/>
      </w:pPr>
      <w:r>
        <w:separator/>
      </w:r>
    </w:p>
  </w:endnote>
  <w:endnote w:type="continuationSeparator" w:id="0">
    <w:p w:rsidR="00862350" w:rsidRDefault="0086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E43" w:rsidRDefault="004B78C0">
    <w:pPr>
      <w:pStyle w:val="Stopka"/>
      <w:jc w:val="center"/>
    </w:pPr>
    <w:r>
      <w:rPr>
        <w:rFonts w:ascii="Calibri" w:hAnsi="Calibri"/>
        <w:color w:val="94A3B8"/>
        <w:sz w:val="17"/>
      </w:rPr>
      <w:t>RODNiIP „WOM” w Rybniku &amp; ZSP nr 4 w Raciborzu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350" w:rsidRDefault="00862350">
      <w:pPr>
        <w:spacing w:after="0" w:line="240" w:lineRule="auto"/>
      </w:pPr>
      <w:r>
        <w:separator/>
      </w:r>
    </w:p>
  </w:footnote>
  <w:footnote w:type="continuationSeparator" w:id="0">
    <w:p w:rsidR="00862350" w:rsidRDefault="00862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E43" w:rsidRDefault="004B78C0">
    <w:pPr>
      <w:pStyle w:val="Nagwek"/>
      <w:jc w:val="right"/>
    </w:pPr>
    <w:r>
      <w:rPr>
        <w:rFonts w:ascii="Calibri" w:hAnsi="Calibri"/>
        <w:color w:val="94A3B8"/>
        <w:sz w:val="17"/>
      </w:rPr>
      <w:t>REGULAMIN KONKURSU: POLIGLOTA CHALLENGE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5880"/>
    <w:rsid w:val="0006063C"/>
    <w:rsid w:val="00066C68"/>
    <w:rsid w:val="0015074B"/>
    <w:rsid w:val="0029639D"/>
    <w:rsid w:val="00326F90"/>
    <w:rsid w:val="003D7537"/>
    <w:rsid w:val="004B78C0"/>
    <w:rsid w:val="005B7967"/>
    <w:rsid w:val="005C763B"/>
    <w:rsid w:val="00721D83"/>
    <w:rsid w:val="00843E43"/>
    <w:rsid w:val="00862350"/>
    <w:rsid w:val="00946658"/>
    <w:rsid w:val="00957675"/>
    <w:rsid w:val="00AA1D8D"/>
    <w:rsid w:val="00B16363"/>
    <w:rsid w:val="00B47730"/>
    <w:rsid w:val="00CB0664"/>
    <w:rsid w:val="00FA1CAF"/>
    <w:rsid w:val="00FC693F"/>
    <w:rsid w:val="00FD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065C634-D894-41AC-9F2C-278737CDF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066C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C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B28AAAA-EBF9-46AE-9A52-6B0D12507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5455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cp:lastPrinted>2026-09-17T08:36:00Z</cp:lastPrinted>
  <dcterms:created xsi:type="dcterms:W3CDTF">2026-09-17T15:42:00Z</dcterms:created>
  <dcterms:modified xsi:type="dcterms:W3CDTF">2026-09-17T15:42:00Z</dcterms:modified>
  <cp:category/>
</cp:coreProperties>
</file>