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2CF" w:rsidRDefault="00665C72">
      <w:pPr>
        <w:spacing w:before="240" w:after="40"/>
        <w:jc w:val="center"/>
        <w:rPr>
          <w:b/>
          <w:color w:val="718096"/>
          <w:sz w:val="26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76160" behindDoc="1" locked="0" layoutInCell="1" allowOverlap="1" wp14:anchorId="29743768" wp14:editId="6A7E5710">
            <wp:simplePos x="0" y="0"/>
            <wp:positionH relativeFrom="column">
              <wp:posOffset>4039870</wp:posOffset>
            </wp:positionH>
            <wp:positionV relativeFrom="paragraph">
              <wp:posOffset>29845</wp:posOffset>
            </wp:positionV>
            <wp:extent cx="742950" cy="742950"/>
            <wp:effectExtent l="0" t="0" r="0" b="0"/>
            <wp:wrapTight wrapText="bothSides">
              <wp:wrapPolygon edited="0">
                <wp:start x="0" y="0"/>
                <wp:lineTo x="0" y="21046"/>
                <wp:lineTo x="21046" y="21046"/>
                <wp:lineTo x="21046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OTK 202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 w:eastAsia="pl-PL"/>
          <w14:ligatures w14:val="standardContextual"/>
        </w:rPr>
        <w:drawing>
          <wp:anchor distT="0" distB="0" distL="114300" distR="114300" simplePos="0" relativeHeight="251661824" behindDoc="1" locked="0" layoutInCell="1" allowOverlap="1" wp14:anchorId="041C77CD" wp14:editId="532CB0FD">
            <wp:simplePos x="0" y="0"/>
            <wp:positionH relativeFrom="column">
              <wp:posOffset>2477770</wp:posOffset>
            </wp:positionH>
            <wp:positionV relativeFrom="paragraph">
              <wp:posOffset>102235</wp:posOffset>
            </wp:positionV>
            <wp:extent cx="990600" cy="660400"/>
            <wp:effectExtent l="0" t="0" r="0" b="0"/>
            <wp:wrapTight wrapText="bothSides">
              <wp:wrapPolygon edited="0">
                <wp:start x="4985" y="1869"/>
                <wp:lineTo x="2492" y="11838"/>
                <wp:lineTo x="1662" y="13085"/>
                <wp:lineTo x="1662" y="16823"/>
                <wp:lineTo x="9969" y="18069"/>
                <wp:lineTo x="12046" y="18069"/>
                <wp:lineTo x="17031" y="16823"/>
                <wp:lineTo x="17031" y="13085"/>
                <wp:lineTo x="10800" y="13085"/>
                <wp:lineTo x="19108" y="10592"/>
                <wp:lineTo x="18692" y="6231"/>
                <wp:lineTo x="6646" y="1869"/>
                <wp:lineTo x="4985" y="1869"/>
              </wp:wrapPolygon>
            </wp:wrapTight>
            <wp:docPr id="51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" name="Obraz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45440" behindDoc="0" locked="0" layoutInCell="1" allowOverlap="1" wp14:anchorId="748EB89E" wp14:editId="224D7605">
            <wp:simplePos x="0" y="0"/>
            <wp:positionH relativeFrom="column">
              <wp:posOffset>756285</wp:posOffset>
            </wp:positionH>
            <wp:positionV relativeFrom="paragraph">
              <wp:posOffset>24130</wp:posOffset>
            </wp:positionV>
            <wp:extent cx="1541145" cy="819150"/>
            <wp:effectExtent l="0" t="0" r="1905" b="0"/>
            <wp:wrapNone/>
            <wp:docPr id="1814704104" name="Obraz 181470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C72" w:rsidRDefault="00665C72">
      <w:pPr>
        <w:spacing w:before="240" w:after="40"/>
        <w:jc w:val="center"/>
        <w:rPr>
          <w:b/>
          <w:color w:val="auto"/>
          <w:sz w:val="26"/>
        </w:rPr>
      </w:pPr>
    </w:p>
    <w:p w:rsidR="003D5AEC" w:rsidRPr="00A15C95" w:rsidRDefault="004742E1">
      <w:pPr>
        <w:spacing w:before="240" w:after="40"/>
        <w:jc w:val="center"/>
        <w:rPr>
          <w:color w:val="auto"/>
        </w:rPr>
      </w:pPr>
      <w:r w:rsidRPr="00A15C95">
        <w:rPr>
          <w:b/>
          <w:color w:val="auto"/>
          <w:sz w:val="26"/>
        </w:rPr>
        <w:t>REGULAMIN WOJEWÓDZKIEGO KONKURSU</w:t>
      </w:r>
      <w:r w:rsidR="004532CF" w:rsidRPr="00A15C95">
        <w:rPr>
          <w:b/>
          <w:color w:val="auto"/>
          <w:sz w:val="26"/>
        </w:rPr>
        <w:br/>
      </w:r>
      <w:r w:rsidRPr="00A15C95">
        <w:rPr>
          <w:b/>
          <w:color w:val="auto"/>
          <w:sz w:val="26"/>
        </w:rPr>
        <w:t xml:space="preserve"> PLASTYCZNO-PRZEDSIĘBIORCZEGO</w:t>
      </w:r>
      <w:r w:rsidRPr="00A15C95">
        <w:rPr>
          <w:b/>
          <w:color w:val="auto"/>
          <w:sz w:val="26"/>
        </w:rPr>
        <w:br/>
      </w:r>
      <w:r w:rsidRPr="00A15C95">
        <w:rPr>
          <w:b/>
          <w:color w:val="auto"/>
          <w:sz w:val="40"/>
        </w:rPr>
        <w:t xml:space="preserve">„Człowiek – serce BIZNESU. </w:t>
      </w:r>
      <w:r w:rsidR="004532CF" w:rsidRPr="00A15C95">
        <w:rPr>
          <w:b/>
          <w:color w:val="auto"/>
          <w:sz w:val="40"/>
        </w:rPr>
        <w:br/>
      </w:r>
      <w:r w:rsidRPr="00A15C95">
        <w:rPr>
          <w:b/>
          <w:color w:val="auto"/>
          <w:sz w:val="40"/>
        </w:rPr>
        <w:t>Stwórz firmę z duszą”</w:t>
      </w:r>
    </w:p>
    <w:p w:rsidR="003D5AEC" w:rsidRDefault="004742E1">
      <w:pPr>
        <w:spacing w:after="320"/>
        <w:jc w:val="center"/>
      </w:pPr>
      <w:r>
        <w:rPr>
          <w:b/>
          <w:color w:val="2B6CB0"/>
        </w:rPr>
        <w:t>──────────────────────────────────────────────────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3D5AEC">
        <w:trPr>
          <w:jc w:val="center"/>
        </w:trPr>
        <w:tc>
          <w:tcPr>
            <w:tcW w:w="9360" w:type="dxa"/>
            <w:tcBorders>
              <w:left w:val="single" w:sz="36" w:space="0" w:color="1A365D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D5AEC" w:rsidRDefault="004742E1">
            <w:pPr>
              <w:spacing w:before="80" w:after="80" w:line="276" w:lineRule="auto"/>
            </w:pPr>
            <w:r w:rsidRPr="00A15C95">
              <w:rPr>
                <w:b/>
                <w:color w:val="auto"/>
                <w:sz w:val="22"/>
              </w:rPr>
              <w:t>Wprowadzenie i kontekst OTK 2026</w:t>
            </w:r>
            <w:r w:rsidRPr="00A15C95">
              <w:rPr>
                <w:b/>
                <w:color w:val="auto"/>
                <w:sz w:val="22"/>
              </w:rPr>
              <w:br/>
            </w:r>
            <w:r w:rsidRPr="00A15C95">
              <w:rPr>
                <w:color w:val="auto"/>
                <w:sz w:val="20"/>
              </w:rPr>
              <w:t>Tegoroczna edycja konkursu nawiązuje do Ogólnopolskiego Tygodnia Kariery OTK 2026 organizowanego przez Stowarzyszenie Doradców Szkolnych i Zawodowych RP (SDSiZ RP), którego celem jest inspirowanie lokalnych i ogólnopolskich inicjatyw na rzecz promocji i rozwoju doradztwa zawodowego. Hasło przewodnie tegorocznej edycji brzmi: „Człowiek sercem każdej profesji”.</w:t>
            </w:r>
          </w:p>
        </w:tc>
      </w:tr>
    </w:tbl>
    <w:p w:rsidR="003D5AEC" w:rsidRDefault="003D5AEC"/>
    <w:p w:rsidR="003D5AEC" w:rsidRPr="00A15C95" w:rsidRDefault="004742E1">
      <w:pPr>
        <w:pStyle w:val="Nagwek1"/>
        <w:spacing w:before="280" w:after="120"/>
        <w:rPr>
          <w:color w:val="auto"/>
        </w:rPr>
      </w:pPr>
      <w:r>
        <w:rPr>
          <w:rFonts w:ascii="Arial" w:hAnsi="Arial"/>
          <w:color w:val="1A365D"/>
        </w:rPr>
        <w:t xml:space="preserve">I. </w:t>
      </w:r>
      <w:r w:rsidRPr="00A15C95">
        <w:rPr>
          <w:rFonts w:ascii="Arial" w:hAnsi="Arial"/>
          <w:color w:val="auto"/>
        </w:rPr>
        <w:t>Postanowienia ogólne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1. Organizatorem Konkursu Plastycznego jest </w:t>
      </w:r>
      <w:r w:rsidRPr="00A15C95">
        <w:rPr>
          <w:b/>
          <w:color w:val="auto"/>
        </w:rPr>
        <w:t>Regionalny Ośrodek Doskonalenia Nauczycieli i Informacji Pedagogicznej „WOM” w Rybniku</w:t>
      </w:r>
      <w:r w:rsidRPr="00A15C95">
        <w:rPr>
          <w:color w:val="auto"/>
        </w:rPr>
        <w:t>, zwany dalej „Organizatorem”.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54"/>
      </w:tblGrid>
      <w:tr w:rsidR="003D5AEC" w:rsidRPr="00A15C95">
        <w:trPr>
          <w:jc w:val="center"/>
        </w:trPr>
        <w:tc>
          <w:tcPr>
            <w:tcW w:w="2880" w:type="dxa"/>
            <w:tcBorders>
              <w:bottom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20"/>
              </w:rPr>
              <w:t>Adres Organizatora:</w:t>
            </w:r>
          </w:p>
        </w:tc>
        <w:tc>
          <w:tcPr>
            <w:tcW w:w="6754" w:type="dxa"/>
            <w:tcBorders>
              <w:bottom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20"/>
              </w:rPr>
              <w:t>Regionalny Ośrodek Doskonalenia Nauczycieli i Informacji Pedagogicznej</w:t>
            </w:r>
            <w:r w:rsidRPr="00A15C95">
              <w:rPr>
                <w:color w:val="auto"/>
                <w:sz w:val="20"/>
              </w:rPr>
              <w:br/>
              <w:t>„WOM” w Rybniku, 44-200 Rybnik, ul. Parkowa 4a</w:t>
            </w:r>
          </w:p>
        </w:tc>
      </w:tr>
      <w:tr w:rsidR="003D5AEC" w:rsidRPr="00A15C95">
        <w:trPr>
          <w:jc w:val="center"/>
        </w:trPr>
        <w:tc>
          <w:tcPr>
            <w:tcW w:w="2880" w:type="dxa"/>
            <w:tcBorders>
              <w:bottom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20"/>
              </w:rPr>
              <w:t>Kontakt online:</w:t>
            </w:r>
          </w:p>
        </w:tc>
        <w:tc>
          <w:tcPr>
            <w:tcW w:w="6754" w:type="dxa"/>
            <w:tcBorders>
              <w:bottom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20"/>
              </w:rPr>
              <w:t>Strona: www.wom.edu.pl   |   E-mail: info@wom.edu.pl, edu@wom.edu.pl</w:t>
            </w:r>
          </w:p>
        </w:tc>
      </w:tr>
      <w:tr w:rsidR="003D5AEC" w:rsidRPr="00A15C95">
        <w:trPr>
          <w:jc w:val="center"/>
        </w:trPr>
        <w:tc>
          <w:tcPr>
            <w:tcW w:w="2880" w:type="dxa"/>
            <w:tcBorders>
              <w:bottom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20"/>
              </w:rPr>
              <w:t>Koordynator konkursu:</w:t>
            </w:r>
          </w:p>
        </w:tc>
        <w:tc>
          <w:tcPr>
            <w:tcW w:w="6754" w:type="dxa"/>
            <w:tcBorders>
              <w:bottom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20"/>
              </w:rPr>
              <w:t>Sabina Ficek, nauczyciel-konsultant, e-mail: s.ficek@wom.edu.pl</w:t>
            </w:r>
          </w:p>
        </w:tc>
      </w:tr>
    </w:tbl>
    <w:p w:rsidR="003D5AEC" w:rsidRPr="00A15C95" w:rsidRDefault="003D5AEC">
      <w:pPr>
        <w:rPr>
          <w:color w:val="auto"/>
        </w:rPr>
      </w:pP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2. Konkurs kierowany jest do </w:t>
      </w:r>
      <w:r w:rsidRPr="00A15C95">
        <w:rPr>
          <w:b/>
          <w:color w:val="auto"/>
        </w:rPr>
        <w:t>uczniów klas 6–8 szkół podstawowych</w:t>
      </w:r>
      <w:r w:rsidRPr="00A15C95">
        <w:rPr>
          <w:color w:val="auto"/>
        </w:rPr>
        <w:t xml:space="preserve"> (w tym placówek kształcenia specjalnego) z terenu województwa śląskiego.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3. Regulamin konkursu jest dostępny w siedzibie Organizatora oraz na stronie internetowej </w:t>
      </w:r>
      <w:r w:rsidRPr="00A15C95">
        <w:rPr>
          <w:i/>
          <w:color w:val="auto"/>
        </w:rPr>
        <w:t>www.wom.edu.pl</w:t>
      </w:r>
      <w:r w:rsidRPr="00A15C95">
        <w:rPr>
          <w:color w:val="auto"/>
        </w:rPr>
        <w:t>.</w:t>
      </w:r>
    </w:p>
    <w:p w:rsidR="003D5AEC" w:rsidRPr="00A15C95" w:rsidRDefault="004742E1">
      <w:pPr>
        <w:pStyle w:val="Nagwek1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</w:rPr>
        <w:t>II. Cele konkursu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Zainteresowanie uczniów tematyką doradztwa zawodowego i przedsiębiorczości,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Ukazanie wartości, którą jest dbałość o człowieka – zarówno jako pracownika, jak i klienta,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Odkrywanie pasji, talentów i własnych uzdolnień artystycznych oraz technicznych,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Zapoznanie uczniów z podstawową dokumentacją potrzebną do założenia działalności gospodarczej,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Rozwijanie umiejętności poprawnego wypełniania formularzy i wniosków urzędowych,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Zaangażowanie nauczycieli w promowanie treści planowania przyszłości edukacyjno-zawodowej uczniów.</w:t>
      </w:r>
    </w:p>
    <w:p w:rsidR="00665C72" w:rsidRDefault="00665C72">
      <w:pPr>
        <w:pStyle w:val="Nagwek1"/>
        <w:spacing w:before="280" w:after="120"/>
        <w:rPr>
          <w:rFonts w:ascii="Arial" w:hAnsi="Arial"/>
          <w:color w:val="auto"/>
        </w:rPr>
      </w:pPr>
    </w:p>
    <w:p w:rsidR="003D5AEC" w:rsidRPr="00A15C95" w:rsidRDefault="004742E1">
      <w:pPr>
        <w:pStyle w:val="Nagwek1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</w:rPr>
        <w:t>III. Zadanie konkursowe</w:t>
      </w:r>
    </w:p>
    <w:p w:rsidR="003D5AEC" w:rsidRPr="00A15C95" w:rsidRDefault="004742E1">
      <w:pPr>
        <w:rPr>
          <w:color w:val="auto"/>
        </w:rPr>
      </w:pPr>
      <w:r w:rsidRPr="00A15C95">
        <w:rPr>
          <w:i/>
          <w:color w:val="auto"/>
        </w:rPr>
        <w:t xml:space="preserve">Zadaniem każdego uczestnika konkursu jest </w:t>
      </w:r>
      <w:r w:rsidRPr="00A15C95">
        <w:rPr>
          <w:b/>
          <w:color w:val="auto"/>
        </w:rPr>
        <w:t>całościowe zaprojektowanie własnej firmy z duszą</w:t>
      </w:r>
      <w:r w:rsidRPr="00A15C95">
        <w:rPr>
          <w:color w:val="auto"/>
        </w:rPr>
        <w:t>, co obejmuje realizację następujących kroków:</w:t>
      </w:r>
    </w:p>
    <w:p w:rsidR="003D5AEC" w:rsidRPr="00A15C95" w:rsidRDefault="004742E1">
      <w:pPr>
        <w:spacing w:after="80"/>
        <w:ind w:left="360"/>
        <w:rPr>
          <w:color w:val="auto"/>
        </w:rPr>
      </w:pPr>
      <w:r w:rsidRPr="00A15C95">
        <w:rPr>
          <w:b/>
          <w:color w:val="auto"/>
        </w:rPr>
        <w:t xml:space="preserve">•  1. Wymyślenie własnego przedsiębiorstwa: </w:t>
      </w:r>
      <w:r w:rsidRPr="00A15C95">
        <w:rPr>
          <w:color w:val="auto"/>
        </w:rPr>
        <w:t>Wymyślenie nazwy, misji i profilu działalności firmy, której charakter skupia się na potrzebach, bezpieczeństwie, komforcie lub rozwoju drugiego człowieka (zarówno pracownika, jak i klienta).</w:t>
      </w:r>
    </w:p>
    <w:p w:rsidR="003D5AEC" w:rsidRPr="00A15C95" w:rsidRDefault="004742E1">
      <w:pPr>
        <w:spacing w:after="80"/>
        <w:ind w:left="360"/>
        <w:rPr>
          <w:color w:val="auto"/>
        </w:rPr>
      </w:pPr>
      <w:r w:rsidRPr="00A15C95">
        <w:rPr>
          <w:b/>
          <w:color w:val="auto"/>
        </w:rPr>
        <w:t xml:space="preserve">•  2. Wyszukanie kodu PKD: </w:t>
      </w:r>
      <w:r w:rsidRPr="00A15C95">
        <w:rPr>
          <w:color w:val="auto"/>
        </w:rPr>
        <w:t>Wejście na oficjalną stronę rządową https://www.biznes.gov.pl/pl/tabela-pkd i odszukanie oraz zapisanie poprawnego kodu PKD (Polska Klasyfikacja Działalności) dla profilu swojej firmy.</w:t>
      </w:r>
    </w:p>
    <w:p w:rsidR="003D5AEC" w:rsidRPr="00A15C95" w:rsidRDefault="004742E1">
      <w:pPr>
        <w:spacing w:after="80"/>
        <w:ind w:left="360"/>
        <w:rPr>
          <w:color w:val="auto"/>
        </w:rPr>
      </w:pPr>
      <w:r w:rsidRPr="00A15C95">
        <w:rPr>
          <w:b/>
          <w:color w:val="auto"/>
        </w:rPr>
        <w:t xml:space="preserve">•  3. Wypełnienie formularza rejestracyjnego: </w:t>
      </w:r>
      <w:r w:rsidRPr="00A15C95">
        <w:rPr>
          <w:color w:val="auto"/>
        </w:rPr>
        <w:t>Samodzielne i poprawne wypełnienie wniosku o wpis do ewidencji działalności gospodarczej (Załącznik nr 4 dla Kategorii I lub uproszczony Załącznik nr 4A dla Kategorii II).</w:t>
      </w:r>
    </w:p>
    <w:p w:rsidR="003D5AEC" w:rsidRPr="00A15C95" w:rsidRDefault="004742E1">
      <w:pPr>
        <w:spacing w:after="80"/>
        <w:ind w:left="360"/>
        <w:rPr>
          <w:color w:val="auto"/>
        </w:rPr>
      </w:pPr>
      <w:r w:rsidRPr="00A15C95">
        <w:rPr>
          <w:b/>
          <w:color w:val="auto"/>
        </w:rPr>
        <w:t xml:space="preserve">•  4. Stworzenie projektu wizualnego (Szyld lub Makieta): </w:t>
      </w:r>
      <w:r w:rsidRPr="00A15C95">
        <w:rPr>
          <w:color w:val="auto"/>
        </w:rPr>
        <w:t>Zaprojektowanie i wykonanie szyldu identyfikacyjnego (forma płaska 2D) lub makiety przestrzennej (forma 3D), eksponujących nazwę i charakter firmy.</w:t>
      </w:r>
    </w:p>
    <w:p w:rsidR="003D5AEC" w:rsidRPr="00A15C95" w:rsidRDefault="003D5AEC">
      <w:pPr>
        <w:rPr>
          <w:color w:val="auto"/>
        </w:rPr>
      </w:pPr>
    </w:p>
    <w:p w:rsidR="003D5AEC" w:rsidRPr="00A15C95" w:rsidRDefault="004742E1">
      <w:pPr>
        <w:pStyle w:val="Nagwek1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</w:rPr>
        <w:t>IV. Wymagania techniczne prac projektowych</w:t>
      </w:r>
    </w:p>
    <w:p w:rsidR="003D5AEC" w:rsidRPr="00A15C95" w:rsidRDefault="004742E1">
      <w:pPr>
        <w:spacing w:after="160"/>
        <w:rPr>
          <w:color w:val="auto"/>
        </w:rPr>
      </w:pPr>
      <w:r w:rsidRPr="00A15C95">
        <w:rPr>
          <w:color w:val="auto"/>
        </w:rPr>
        <w:t>Uczestnik ma do wyboru wykonanie JEDNEJ z poniższych form projektu: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D5AEC" w:rsidRPr="00A15C95">
        <w:trPr>
          <w:jc w:val="center"/>
        </w:trPr>
        <w:tc>
          <w:tcPr>
            <w:tcW w:w="46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7FAFC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3D5AEC" w:rsidRPr="00A15C95" w:rsidRDefault="004742E1" w:rsidP="00A037ED">
            <w:pPr>
              <w:spacing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22"/>
              </w:rPr>
              <w:t>OPCJA 1: Szyld firmy (Forma płaska 2D)</w:t>
            </w:r>
            <w:r w:rsidRPr="00A15C95">
              <w:rPr>
                <w:b/>
                <w:color w:val="auto"/>
                <w:sz w:val="22"/>
              </w:rPr>
              <w:br/>
            </w:r>
            <w:r w:rsidRPr="00A15C95">
              <w:rPr>
                <w:b/>
                <w:color w:val="auto"/>
                <w:sz w:val="22"/>
              </w:rPr>
              <w:br/>
            </w:r>
            <w:r w:rsidRPr="00A15C95">
              <w:rPr>
                <w:color w:val="auto"/>
                <w:sz w:val="19"/>
              </w:rPr>
              <w:t>• Podłoże płaskie o formacie do A3.</w:t>
            </w:r>
            <w:r w:rsidRPr="00A15C95">
              <w:rPr>
                <w:color w:val="auto"/>
                <w:sz w:val="19"/>
              </w:rPr>
              <w:br/>
              <w:t>• Wykonanie w technice plastycznej lub plastyczno-technicznej (rysunek, grafika, malarstwo, mozaika itp.).</w:t>
            </w:r>
            <w:r w:rsidRPr="00A15C95">
              <w:rPr>
                <w:color w:val="auto"/>
                <w:sz w:val="19"/>
              </w:rPr>
              <w:br/>
              <w:t>• Szyld musi zawierać czytelną nazwę</w:t>
            </w:r>
            <w:r w:rsidR="00A037ED" w:rsidRPr="00A15C95">
              <w:rPr>
                <w:color w:val="auto"/>
                <w:sz w:val="19"/>
              </w:rPr>
              <w:t xml:space="preserve"> firmy oraz elementy graficzne, </w:t>
            </w:r>
            <w:r w:rsidRPr="00A15C95">
              <w:rPr>
                <w:color w:val="auto"/>
                <w:sz w:val="19"/>
              </w:rPr>
              <w:t>które w przejrzysty sposób komunikują jej charakter i zorientowanie na drugiego człowieka.</w:t>
            </w:r>
          </w:p>
        </w:tc>
        <w:tc>
          <w:tcPr>
            <w:tcW w:w="468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7FAFC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A037ED" w:rsidRPr="00A15C95" w:rsidRDefault="004742E1" w:rsidP="00A037ED">
            <w:pPr>
              <w:spacing w:line="276" w:lineRule="auto"/>
              <w:rPr>
                <w:color w:val="auto"/>
                <w:sz w:val="19"/>
              </w:rPr>
            </w:pPr>
            <w:r w:rsidRPr="00A15C95">
              <w:rPr>
                <w:b/>
                <w:color w:val="auto"/>
                <w:sz w:val="22"/>
              </w:rPr>
              <w:t>OPCJA 2: Makieta firmy (Forma przestrzenna 3D)</w:t>
            </w:r>
            <w:r w:rsidRPr="00A15C95">
              <w:rPr>
                <w:b/>
                <w:color w:val="auto"/>
                <w:sz w:val="22"/>
              </w:rPr>
              <w:br/>
            </w:r>
            <w:r w:rsidRPr="00A15C95">
              <w:rPr>
                <w:b/>
                <w:color w:val="auto"/>
                <w:sz w:val="22"/>
              </w:rPr>
              <w:br/>
            </w:r>
            <w:r w:rsidRPr="00A15C95">
              <w:rPr>
                <w:color w:val="auto"/>
                <w:sz w:val="19"/>
              </w:rPr>
              <w:t xml:space="preserve">• Przestrzenny model (makieta) </w:t>
            </w:r>
            <w:r w:rsidR="00A037ED" w:rsidRPr="00A15C95">
              <w:rPr>
                <w:color w:val="auto"/>
                <w:sz w:val="19"/>
              </w:rPr>
              <w:t>szyldu</w:t>
            </w:r>
          </w:p>
          <w:p w:rsidR="003D5AEC" w:rsidRPr="00A15C95" w:rsidRDefault="004742E1" w:rsidP="00A037ED">
            <w:pPr>
              <w:spacing w:line="276" w:lineRule="auto"/>
              <w:rPr>
                <w:color w:val="auto"/>
              </w:rPr>
            </w:pPr>
            <w:r w:rsidRPr="00A15C95">
              <w:rPr>
                <w:color w:val="auto"/>
                <w:sz w:val="19"/>
              </w:rPr>
              <w:t>• Podstawa makiety o wymiarze do formatu A3.</w:t>
            </w:r>
            <w:r w:rsidRPr="00A15C95">
              <w:rPr>
                <w:color w:val="auto"/>
                <w:sz w:val="19"/>
              </w:rPr>
              <w:br/>
              <w:t>• Proje</w:t>
            </w:r>
            <w:r w:rsidR="00A037ED" w:rsidRPr="00A15C95">
              <w:rPr>
                <w:color w:val="auto"/>
                <w:sz w:val="19"/>
              </w:rPr>
              <w:t xml:space="preserve">kt musi uwzględniać nazwę firmy, element </w:t>
            </w:r>
            <w:r w:rsidRPr="00A15C95">
              <w:rPr>
                <w:color w:val="auto"/>
                <w:sz w:val="19"/>
              </w:rPr>
              <w:t>wizualne, które w jasny sposób nawiązują do dbałości o komfort, potrzeby lub rozwój człowieka.</w:t>
            </w:r>
          </w:p>
        </w:tc>
      </w:tr>
    </w:tbl>
    <w:p w:rsidR="003D5AEC" w:rsidRPr="00A15C95" w:rsidRDefault="003D5AEC">
      <w:pPr>
        <w:rPr>
          <w:color w:val="auto"/>
        </w:rPr>
      </w:pPr>
    </w:p>
    <w:p w:rsidR="003D5AEC" w:rsidRPr="00A15C95" w:rsidRDefault="004742E1">
      <w:pPr>
        <w:pStyle w:val="Nagwek1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</w:rPr>
        <w:t>V. Kategorie uczestnictwa</w:t>
      </w:r>
    </w:p>
    <w:p w:rsidR="003D5AEC" w:rsidRPr="00A15C95" w:rsidRDefault="004742E1">
      <w:pPr>
        <w:rPr>
          <w:color w:val="auto"/>
          <w:sz w:val="22"/>
        </w:rPr>
      </w:pPr>
      <w:r w:rsidRPr="00A15C95">
        <w:rPr>
          <w:i/>
          <w:color w:val="auto"/>
          <w:sz w:val="22"/>
        </w:rPr>
        <w:t>Konkurs przeprowadzany jest w dwóch niezależnych kategoriach uczestnictwa:</w:t>
      </w:r>
    </w:p>
    <w:p w:rsidR="003D5AEC" w:rsidRPr="00A15C95" w:rsidRDefault="004742E1">
      <w:pPr>
        <w:pStyle w:val="Listapunktowana"/>
        <w:spacing w:after="80"/>
        <w:rPr>
          <w:color w:val="auto"/>
        </w:rPr>
      </w:pPr>
      <w:r w:rsidRPr="00A15C95">
        <w:rPr>
          <w:b/>
          <w:color w:val="auto"/>
        </w:rPr>
        <w:t xml:space="preserve">Kategoria I: </w:t>
      </w:r>
      <w:r w:rsidRPr="00A15C95">
        <w:rPr>
          <w:color w:val="auto"/>
        </w:rPr>
        <w:t xml:space="preserve">Uczniowie klas 6–8 ogólnodostępnych szkół podstawowych. Wymagane jest dostarczenie szyldu lub makiety (format do A3) oraz wypełnionego </w:t>
      </w:r>
      <w:r w:rsidRPr="00A15C95">
        <w:rPr>
          <w:b/>
          <w:color w:val="auto"/>
        </w:rPr>
        <w:t>Wniosku Ewidencji Działalności Gospodarczej</w:t>
      </w:r>
      <w:r w:rsidRPr="00A15C95">
        <w:rPr>
          <w:color w:val="auto"/>
        </w:rPr>
        <w:t xml:space="preserve"> (Załącznik nr 4).</w:t>
      </w:r>
    </w:p>
    <w:p w:rsidR="003D5AEC" w:rsidRPr="00A15C95" w:rsidRDefault="004742E1">
      <w:pPr>
        <w:pStyle w:val="Listapunktowana"/>
        <w:spacing w:after="80"/>
        <w:rPr>
          <w:color w:val="auto"/>
        </w:rPr>
      </w:pPr>
      <w:r w:rsidRPr="00A15C95">
        <w:rPr>
          <w:b/>
          <w:color w:val="auto"/>
        </w:rPr>
        <w:t xml:space="preserve">Kategoria II: </w:t>
      </w:r>
      <w:r w:rsidRPr="00A15C95">
        <w:rPr>
          <w:color w:val="auto"/>
        </w:rPr>
        <w:t xml:space="preserve">Uczniowie klas 6–8 szkół podstawowych kształcenia specjalnego. Wymagane jest dostarczenie szyldu lub makiety (format do A3) oraz wypełnionego </w:t>
      </w:r>
      <w:r w:rsidRPr="00A15C95">
        <w:rPr>
          <w:b/>
          <w:color w:val="auto"/>
        </w:rPr>
        <w:t>Uproszczonego Wniosku Ewidencji Działalności Gospodarczej</w:t>
      </w:r>
      <w:r w:rsidRPr="00A15C95">
        <w:rPr>
          <w:color w:val="auto"/>
        </w:rPr>
        <w:t xml:space="preserve"> (Załącznik nr 4A). Kryteria oceny zostaną elastycznie dostosowane do indywidualnych możliwości psychofizycznych uczestników tej kategorii.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br w:type="page"/>
      </w:r>
    </w:p>
    <w:p w:rsidR="00665C72" w:rsidRDefault="00665C72">
      <w:pPr>
        <w:pStyle w:val="Nagwek1"/>
        <w:spacing w:before="280" w:after="120"/>
        <w:rPr>
          <w:rFonts w:ascii="Arial" w:hAnsi="Arial"/>
          <w:color w:val="auto"/>
        </w:rPr>
      </w:pPr>
    </w:p>
    <w:p w:rsidR="003D5AEC" w:rsidRPr="00A15C95" w:rsidRDefault="004742E1">
      <w:pPr>
        <w:pStyle w:val="Nagwek1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</w:rPr>
        <w:t>VI. Zasady uczestnictwa i harmonogram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1. Prace konkursowe wraz z kompletem wymaganych załączników należy dostarczyć </w:t>
      </w:r>
      <w:r w:rsidR="00464FC5" w:rsidRPr="00A15C95">
        <w:rPr>
          <w:color w:val="auto"/>
        </w:rPr>
        <w:br/>
      </w:r>
      <w:r w:rsidRPr="00A15C95">
        <w:rPr>
          <w:color w:val="auto"/>
        </w:rPr>
        <w:t xml:space="preserve">w nieprzekraczalnym terminie </w:t>
      </w:r>
      <w:r w:rsidR="00A037ED" w:rsidRPr="00A15C95">
        <w:rPr>
          <w:b/>
          <w:color w:val="auto"/>
        </w:rPr>
        <w:t>do dnia 12</w:t>
      </w:r>
      <w:r w:rsidRPr="00A15C95">
        <w:rPr>
          <w:b/>
          <w:color w:val="auto"/>
        </w:rPr>
        <w:t xml:space="preserve"> października 2026 roku</w:t>
      </w:r>
      <w:r w:rsidRPr="00A15C95">
        <w:rPr>
          <w:color w:val="auto"/>
        </w:rPr>
        <w:t xml:space="preserve"> (decyduje data stempla pocztowego) na adres Organizatora:</w:t>
      </w:r>
      <w:r w:rsidRPr="00A15C95">
        <w:rPr>
          <w:color w:val="auto"/>
        </w:rPr>
        <w:br/>
      </w:r>
    </w:p>
    <w:p w:rsidR="003D5AEC" w:rsidRPr="00A15C95" w:rsidRDefault="004742E1">
      <w:pPr>
        <w:spacing w:after="160"/>
        <w:ind w:left="576"/>
        <w:rPr>
          <w:color w:val="auto"/>
        </w:rPr>
      </w:pPr>
      <w:r w:rsidRPr="00A15C95">
        <w:rPr>
          <w:b/>
          <w:color w:val="auto"/>
        </w:rPr>
        <w:t>Regionalny Ośrodek Doskonalenia Nauczycieli i Informacji Pedagogicznej „WOM”</w:t>
      </w:r>
      <w:r w:rsidRPr="00A15C95">
        <w:rPr>
          <w:b/>
          <w:color w:val="auto"/>
        </w:rPr>
        <w:br/>
        <w:t>ul. Parkowa 4a, 44-200 Rybnik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2. Prace nadesłane na konkurs muszą być wykonane </w:t>
      </w:r>
      <w:r w:rsidRPr="00A15C95">
        <w:rPr>
          <w:b/>
          <w:color w:val="auto"/>
        </w:rPr>
        <w:t>samodzielnie i indywidualnie</w:t>
      </w:r>
      <w:r w:rsidRPr="00A15C95">
        <w:rPr>
          <w:color w:val="auto"/>
        </w:rPr>
        <w:t xml:space="preserve"> przez uczestnika. Prace zbiorowe lub zgłoszone wcześniej do innych konkursów nie będą oceniane.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>3. Kompletne zgłoszenie konkursowe musi zawierać:</w:t>
      </w:r>
    </w:p>
    <w:p w:rsidR="003D5AEC" w:rsidRPr="00A15C95" w:rsidRDefault="004742E1">
      <w:pPr>
        <w:pStyle w:val="Listapunktowana"/>
        <w:spacing w:after="40"/>
        <w:rPr>
          <w:color w:val="auto"/>
        </w:rPr>
      </w:pPr>
      <w:r w:rsidRPr="00A15C95">
        <w:rPr>
          <w:color w:val="auto"/>
        </w:rPr>
        <w:t>Pracę plastyczną/techniczną (szyld 2D lub makietę 3D),</w:t>
      </w:r>
    </w:p>
    <w:p w:rsidR="003D5AEC" w:rsidRPr="00A15C95" w:rsidRDefault="004742E1">
      <w:pPr>
        <w:pStyle w:val="Listapunktowana"/>
        <w:spacing w:after="40"/>
        <w:rPr>
          <w:color w:val="auto"/>
        </w:rPr>
      </w:pPr>
      <w:r w:rsidRPr="00A15C95">
        <w:rPr>
          <w:color w:val="auto"/>
        </w:rPr>
        <w:t>Metryczkę pracy (trwale zamocowaną na odwrocie pracy / dołączoną do makiety) – Załącznik nr 1,</w:t>
      </w:r>
    </w:p>
    <w:p w:rsidR="003D5AEC" w:rsidRPr="00A15C95" w:rsidRDefault="004742E1">
      <w:pPr>
        <w:pStyle w:val="Listapunktowana"/>
        <w:spacing w:after="40"/>
        <w:rPr>
          <w:color w:val="auto"/>
        </w:rPr>
      </w:pPr>
      <w:r w:rsidRPr="00A15C95">
        <w:rPr>
          <w:color w:val="auto"/>
        </w:rPr>
        <w:t>Zgodę rodzica/opiekuna prawnego – Załącznik nr 2 i nr 3,</w:t>
      </w:r>
    </w:p>
    <w:p w:rsidR="003D5AEC" w:rsidRPr="00A15C95" w:rsidRDefault="004742E1">
      <w:pPr>
        <w:pStyle w:val="Listapunktowana"/>
        <w:rPr>
          <w:color w:val="auto"/>
        </w:rPr>
      </w:pPr>
      <w:r w:rsidRPr="00A15C95">
        <w:rPr>
          <w:color w:val="auto"/>
        </w:rPr>
        <w:t>Wypełniony i o</w:t>
      </w:r>
      <w:r w:rsidR="00A037ED" w:rsidRPr="00A15C95">
        <w:rPr>
          <w:color w:val="auto"/>
        </w:rPr>
        <w:t>dręcznie podpisany wniosek</w:t>
      </w:r>
      <w:r w:rsidRPr="00A15C95">
        <w:rPr>
          <w:color w:val="auto"/>
        </w:rPr>
        <w:t xml:space="preserve"> z odszukanym kodem PKD – Załącznik nr 4 lub 4A.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4. Prace zostaną zaprezentowane na wystawie pokonkursowej podczas podsumowania (konferencji) organizowanej w ramach </w:t>
      </w:r>
      <w:r w:rsidRPr="00A15C95">
        <w:rPr>
          <w:b/>
          <w:color w:val="auto"/>
        </w:rPr>
        <w:t>XVIII Rybnickich Dni Kariery</w:t>
      </w:r>
      <w:r w:rsidRPr="00A15C95">
        <w:rPr>
          <w:color w:val="auto"/>
        </w:rPr>
        <w:t>.</w:t>
      </w:r>
    </w:p>
    <w:p w:rsidR="003D5AEC" w:rsidRPr="00A15C95" w:rsidRDefault="004742E1">
      <w:pPr>
        <w:pStyle w:val="Nagwek1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</w:rPr>
        <w:t>VII. Kryteria oceny prac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Zgodność koncepcji pracy z hasłem i tematyką konkursu,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Oryginalność, innowacyjność i kreatywność w przedstawieniu misji i charakteru przedsiębiorstwa,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Funkcjonalność, czytelność przekazu oraz zgodność formy wizualnej z profilem firmy,</w:t>
      </w:r>
    </w:p>
    <w:p w:rsidR="003D5AEC" w:rsidRPr="00A15C95" w:rsidRDefault="004742E1">
      <w:pPr>
        <w:pStyle w:val="Listapunktowana"/>
        <w:spacing w:after="60"/>
        <w:rPr>
          <w:color w:val="auto"/>
        </w:rPr>
      </w:pPr>
      <w:r w:rsidRPr="00A15C95">
        <w:rPr>
          <w:color w:val="auto"/>
        </w:rPr>
        <w:t>Walory artystyczne, kompozycja, staranność i poprawność techniczna wykonania projektu.</w:t>
      </w:r>
    </w:p>
    <w:p w:rsidR="003D5AEC" w:rsidRPr="00A15C95" w:rsidRDefault="004742E1">
      <w:pPr>
        <w:pStyle w:val="Nagwek1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</w:rPr>
        <w:t>VIII. Nagrody i ogłoszenie wyników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1. Oficjalne ogłoszenie wyników konkursu nastąpi </w:t>
      </w:r>
      <w:r w:rsidR="00A037ED" w:rsidRPr="00A15C95">
        <w:rPr>
          <w:color w:val="auto"/>
        </w:rPr>
        <w:t>na stronie internetowej Organizatora</w:t>
      </w:r>
      <w:r w:rsidR="004532CF" w:rsidRPr="00A15C95">
        <w:rPr>
          <w:color w:val="auto"/>
        </w:rPr>
        <w:br/>
      </w:r>
      <w:r w:rsidRPr="00A15C95">
        <w:rPr>
          <w:b/>
          <w:color w:val="auto"/>
        </w:rPr>
        <w:t>do 19 października 2026 roku</w:t>
      </w:r>
      <w:r w:rsidRPr="00A15C95">
        <w:rPr>
          <w:color w:val="auto"/>
        </w:rPr>
        <w:t>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2. O uroczystym wręczeniu nagród i podsumowaniu konkursu Organizator poinformuje laureatów bezpośrednio oraz opublikuje informacje na stronie internetowej </w:t>
      </w:r>
      <w:r w:rsidRPr="00A15C95">
        <w:rPr>
          <w:i/>
          <w:color w:val="auto"/>
        </w:rPr>
        <w:t>www.wom.edu.pl</w:t>
      </w:r>
      <w:r w:rsidRPr="00A15C95">
        <w:rPr>
          <w:color w:val="auto"/>
        </w:rPr>
        <w:t>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>3. Dla laureatów przewidziano atrakcyjne nagrody rzeczowe, nagrody książkowe, dyplomy uznania oraz wyróżnienia.</w:t>
      </w:r>
    </w:p>
    <w:p w:rsidR="003D5AEC" w:rsidRPr="00A15C95" w:rsidRDefault="004742E1">
      <w:pPr>
        <w:pStyle w:val="Nagwek1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</w:rPr>
        <w:t>IX. Postanowienia końcowe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>1. Udział w konkursie jest całkowicie dobrowolny. Przesłanie zgłoszenia oznacza pełną akceptację regulaminu.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>2. Wszystkie nadesłane prace stają się własnością Organizatora, który zastrzega sobie prawo do ich bezpłatnego publikowania i eksponowania w celach promocyjnych i informacyjnych.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t xml:space="preserve">3. Prace niezgodne z regulaminem lub niekompletne zostaną automatycznie wykluczone z udziału </w:t>
      </w:r>
      <w:r w:rsidR="00186ED6" w:rsidRPr="00A15C95">
        <w:rPr>
          <w:color w:val="auto"/>
        </w:rPr>
        <w:br/>
      </w:r>
      <w:r w:rsidRPr="00A15C95">
        <w:rPr>
          <w:color w:val="auto"/>
        </w:rPr>
        <w:t>w konkursie.</w:t>
      </w:r>
    </w:p>
    <w:p w:rsidR="003D5AEC" w:rsidRPr="00A15C95" w:rsidRDefault="004742E1">
      <w:pPr>
        <w:rPr>
          <w:color w:val="auto"/>
        </w:rPr>
      </w:pPr>
      <w:r w:rsidRPr="00A15C95">
        <w:rPr>
          <w:color w:val="auto"/>
        </w:rPr>
        <w:br w:type="page"/>
      </w:r>
    </w:p>
    <w:p w:rsidR="004532CF" w:rsidRDefault="004532CF" w:rsidP="00186ED6">
      <w:pPr>
        <w:spacing w:before="160" w:after="40"/>
        <w:rPr>
          <w:b/>
          <w:color w:val="718096"/>
          <w:sz w:val="22"/>
        </w:rPr>
      </w:pPr>
    </w:p>
    <w:p w:rsidR="003D5AEC" w:rsidRPr="00A15C95" w:rsidRDefault="004742E1">
      <w:pPr>
        <w:spacing w:before="160" w:after="40"/>
        <w:jc w:val="center"/>
        <w:rPr>
          <w:color w:val="auto"/>
        </w:rPr>
      </w:pPr>
      <w:r w:rsidRPr="00A15C95">
        <w:rPr>
          <w:b/>
          <w:color w:val="auto"/>
          <w:sz w:val="22"/>
        </w:rPr>
        <w:t>ZAŁĄCZNIK NR 1 &amp; 2  |  METRYCZKA I ZGODA RODZICA</w:t>
      </w:r>
      <w:r w:rsidRPr="00A15C95">
        <w:rPr>
          <w:b/>
          <w:color w:val="auto"/>
          <w:sz w:val="22"/>
        </w:rPr>
        <w:br/>
      </w:r>
      <w:r w:rsidRPr="00A15C95">
        <w:rPr>
          <w:b/>
          <w:color w:val="auto"/>
          <w:sz w:val="28"/>
        </w:rPr>
        <w:t>KARTA ZGŁOSZENIA UCZESTNIKA KONKURSU</w:t>
      </w:r>
    </w:p>
    <w:p w:rsidR="003D5AEC" w:rsidRPr="00A15C95" w:rsidRDefault="004742E1">
      <w:pPr>
        <w:pStyle w:val="Nagwek2"/>
        <w:spacing w:before="280" w:after="120"/>
        <w:rPr>
          <w:color w:val="auto"/>
          <w:sz w:val="22"/>
        </w:rPr>
      </w:pPr>
      <w:r w:rsidRPr="00A15C95">
        <w:rPr>
          <w:rFonts w:ascii="Arial" w:hAnsi="Arial"/>
          <w:color w:val="auto"/>
          <w:sz w:val="24"/>
        </w:rPr>
        <w:t>Część A: METRYCZKA PRACY (</w:t>
      </w:r>
      <w:r w:rsidRPr="00A15C95">
        <w:rPr>
          <w:rFonts w:ascii="Arial" w:hAnsi="Arial"/>
          <w:color w:val="auto"/>
          <w:sz w:val="20"/>
        </w:rPr>
        <w:t>Wypełnia szkoła / nauczyciel</w:t>
      </w:r>
      <w:r w:rsidR="00186ED6" w:rsidRPr="00A15C95">
        <w:rPr>
          <w:rFonts w:ascii="Arial" w:hAnsi="Arial"/>
          <w:color w:val="auto"/>
          <w:sz w:val="20"/>
        </w:rPr>
        <w:t xml:space="preserve"> – DRUKOWANYMI LITERAMI</w:t>
      </w:r>
      <w:r w:rsidRPr="00A15C95">
        <w:rPr>
          <w:rFonts w:ascii="Arial" w:hAnsi="Arial"/>
          <w:color w:val="auto"/>
          <w:sz w:val="20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034"/>
      </w:tblGrid>
      <w:tr w:rsidR="003D5AEC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Imię i nazwisko uczestnika: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>
            <w:pPr>
              <w:spacing w:before="40" w:after="40" w:line="276" w:lineRule="auto"/>
              <w:rPr>
                <w:color w:val="auto"/>
                <w:sz w:val="19"/>
              </w:rPr>
            </w:pP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9"/>
              </w:rPr>
              <w:t>.........................................................................................................</w:t>
            </w:r>
          </w:p>
        </w:tc>
      </w:tr>
      <w:tr w:rsidR="003D5AEC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Nazwa i adres placówki szkolnej: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>
            <w:pPr>
              <w:spacing w:before="40" w:after="40" w:line="276" w:lineRule="auto"/>
              <w:rPr>
                <w:color w:val="auto"/>
                <w:sz w:val="19"/>
              </w:rPr>
            </w:pP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9"/>
              </w:rPr>
              <w:t>.........................................................................................................</w:t>
            </w:r>
          </w:p>
        </w:tc>
      </w:tr>
      <w:tr w:rsidR="003D5AEC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Imię i nazwisko nauczyciela-opiekuna: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>
            <w:pPr>
              <w:spacing w:before="40" w:after="40" w:line="276" w:lineRule="auto"/>
              <w:rPr>
                <w:color w:val="auto"/>
                <w:sz w:val="19"/>
              </w:rPr>
            </w:pP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9"/>
              </w:rPr>
              <w:t>.........................................................................................................</w:t>
            </w:r>
          </w:p>
        </w:tc>
      </w:tr>
      <w:tr w:rsidR="003D5AEC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Telefon kontaktowy do nauczyciela: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>
            <w:pPr>
              <w:spacing w:before="40" w:after="40" w:line="276" w:lineRule="auto"/>
              <w:rPr>
                <w:color w:val="auto"/>
                <w:sz w:val="19"/>
              </w:rPr>
            </w:pP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9"/>
              </w:rPr>
              <w:t>.........................................................................................................</w:t>
            </w:r>
          </w:p>
        </w:tc>
      </w:tr>
      <w:tr w:rsidR="003D5AEC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D5AEC" w:rsidRPr="00A15C95" w:rsidRDefault="00186ED6" w:rsidP="00186ED6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NAZWA ZAPROJEKTOWANEJ FIRMY: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>
            <w:pPr>
              <w:spacing w:before="40" w:after="40" w:line="276" w:lineRule="auto"/>
              <w:rPr>
                <w:color w:val="auto"/>
                <w:sz w:val="19"/>
              </w:rPr>
            </w:pP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9"/>
              </w:rPr>
              <w:t>.........................................................................................................</w:t>
            </w:r>
          </w:p>
        </w:tc>
      </w:tr>
      <w:tr w:rsidR="00186ED6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8"/>
              </w:rPr>
            </w:pPr>
            <w:r w:rsidRPr="00A15C95">
              <w:rPr>
                <w:b/>
                <w:color w:val="auto"/>
                <w:sz w:val="18"/>
              </w:rPr>
              <w:t>MISJA FIRMY (KRÓTKI OPIS):</w:t>
            </w:r>
          </w:p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color w:val="auto"/>
                <w:sz w:val="19"/>
              </w:rPr>
              <w:t>(jak jest zorientowana na drugiego człowieka - klienta lub pracownika?)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>
            <w:pPr>
              <w:spacing w:before="40" w:after="40" w:line="276" w:lineRule="auto"/>
              <w:rPr>
                <w:color w:val="auto"/>
                <w:sz w:val="19"/>
              </w:rPr>
            </w:pPr>
          </w:p>
          <w:p w:rsidR="00186ED6" w:rsidRPr="00A15C95" w:rsidRDefault="00186ED6">
            <w:pPr>
              <w:spacing w:before="40" w:after="40" w:line="276" w:lineRule="auto"/>
              <w:rPr>
                <w:color w:val="auto"/>
                <w:sz w:val="19"/>
              </w:rPr>
            </w:pPr>
            <w:r w:rsidRPr="00A15C95">
              <w:rPr>
                <w:color w:val="auto"/>
                <w:sz w:val="19"/>
              </w:rPr>
              <w:t>.........................................................................................................</w:t>
            </w:r>
          </w:p>
        </w:tc>
      </w:tr>
      <w:tr w:rsidR="00186ED6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color w:val="auto"/>
                <w:sz w:val="19"/>
              </w:rPr>
              <w:t>Kategoria pracy konkursowej (zaznacz właściwe))</w:t>
            </w:r>
          </w:p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</w:p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color w:val="auto"/>
                <w:sz w:val="19"/>
              </w:rPr>
              <w:tab/>
            </w:r>
            <w:r w:rsidRPr="00A15C95">
              <w:rPr>
                <w:b/>
                <w:color w:val="auto"/>
                <w:sz w:val="19"/>
              </w:rPr>
              <w:tab/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noProof/>
                <w:color w:val="auto"/>
                <w:sz w:val="19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208" behindDoc="1" locked="0" layoutInCell="1" allowOverlap="1" wp14:anchorId="73FEB900" wp14:editId="0E0C18F5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52705</wp:posOffset>
                      </wp:positionV>
                      <wp:extent cx="228600" cy="228600"/>
                      <wp:effectExtent l="57150" t="19050" r="76200" b="95250"/>
                      <wp:wrapTight wrapText="bothSides">
                        <wp:wrapPolygon edited="0">
                          <wp:start x="-5400" y="-1800"/>
                          <wp:lineTo x="-3600" y="28800"/>
                          <wp:lineTo x="25200" y="28800"/>
                          <wp:lineTo x="27000" y="-1800"/>
                          <wp:lineTo x="-5400" y="-1800"/>
                        </wp:wrapPolygon>
                      </wp:wrapTight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6E560C" id="Prostokąt 2" o:spid="_x0000_s1026" style="position:absolute;margin-left:16.75pt;margin-top:4.15pt;width:18pt;height:18pt;z-index:-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" fillcolor="white [3212]" strokecolor="#4579b8 [3044]">
                      <v:shadow on="t" color="black" opacity="22937f" origin=",.5" offset="0,.63889mm"/>
                      <w10:wrap type="tight"/>
                    </v:rect>
                  </w:pict>
                </mc:Fallback>
              </mc:AlternateContent>
            </w:r>
            <w:r w:rsidRPr="00A15C95">
              <w:rPr>
                <w:b/>
                <w:color w:val="auto"/>
                <w:sz w:val="19"/>
              </w:rPr>
              <w:t xml:space="preserve">   </w:t>
            </w:r>
          </w:p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color w:val="auto"/>
                <w:sz w:val="19"/>
              </w:rPr>
              <w:t xml:space="preserve"> Uczeń klas 6-8 szkół podstawowych </w:t>
            </w:r>
          </w:p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noProof/>
                <w:color w:val="auto"/>
                <w:sz w:val="19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256" behindDoc="1" locked="0" layoutInCell="1" allowOverlap="1" wp14:anchorId="01262E79" wp14:editId="30D185AA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160020</wp:posOffset>
                      </wp:positionV>
                      <wp:extent cx="228600" cy="228600"/>
                      <wp:effectExtent l="57150" t="19050" r="76200" b="95250"/>
                      <wp:wrapTight wrapText="bothSides">
                        <wp:wrapPolygon edited="0">
                          <wp:start x="-5400" y="-1800"/>
                          <wp:lineTo x="-3600" y="28800"/>
                          <wp:lineTo x="25200" y="28800"/>
                          <wp:lineTo x="27000" y="-1800"/>
                          <wp:lineTo x="-5400" y="-1800"/>
                        </wp:wrapPolygon>
                      </wp:wrapTight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DD597C" id="Prostokąt 3" o:spid="_x0000_s1026" style="position:absolute;margin-left:17.8pt;margin-top:12.6pt;width:18pt;height:18pt;z-index:-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" fillcolor="window" strokecolor="#4a7ebb">
                      <v:shadow on="t" color="black" opacity="22937f" origin=",.5" offset="0,.63889mm"/>
                      <w10:wrap type="tight"/>
                    </v:rect>
                  </w:pict>
                </mc:Fallback>
              </mc:AlternateContent>
            </w:r>
          </w:p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color w:val="auto"/>
                <w:sz w:val="19"/>
              </w:rPr>
              <w:t>Uczeń klas 6- 8 szkól podstawowych  specjalnych</w:t>
            </w:r>
          </w:p>
          <w:p w:rsidR="00186ED6" w:rsidRPr="00A15C95" w:rsidRDefault="00186ED6" w:rsidP="00186ED6">
            <w:pPr>
              <w:spacing w:before="40" w:after="40" w:line="276" w:lineRule="auto"/>
              <w:rPr>
                <w:b/>
                <w:color w:val="auto"/>
                <w:sz w:val="19"/>
              </w:rPr>
            </w:pPr>
          </w:p>
          <w:p w:rsidR="00186ED6" w:rsidRPr="00A15C95" w:rsidRDefault="00186ED6">
            <w:pPr>
              <w:spacing w:before="40" w:after="40" w:line="276" w:lineRule="auto"/>
              <w:rPr>
                <w:color w:val="auto"/>
                <w:sz w:val="19"/>
              </w:rPr>
            </w:pPr>
            <w:r w:rsidRPr="00A15C95">
              <w:rPr>
                <w:b/>
                <w:color w:val="auto"/>
                <w:sz w:val="19"/>
              </w:rPr>
              <w:t>Wiek uczestnika: ………………</w:t>
            </w:r>
          </w:p>
        </w:tc>
      </w:tr>
    </w:tbl>
    <w:p w:rsidR="003D5AEC" w:rsidRPr="00A15C95" w:rsidRDefault="004742E1">
      <w:pPr>
        <w:pStyle w:val="Nagwek2"/>
        <w:spacing w:before="280" w:after="120"/>
        <w:rPr>
          <w:color w:val="auto"/>
        </w:rPr>
      </w:pPr>
      <w:r w:rsidRPr="00A15C95">
        <w:rPr>
          <w:rFonts w:ascii="Arial" w:hAnsi="Arial"/>
          <w:color w:val="auto"/>
          <w:sz w:val="24"/>
        </w:rPr>
        <w:t>Część B: OŚWIADCZENIE I ZGODA RODZICA / OPIEKUNA PRAWNEGO</w:t>
      </w:r>
    </w:p>
    <w:p w:rsidR="003D5AEC" w:rsidRDefault="004742E1">
      <w:pPr>
        <w:spacing w:after="80"/>
      </w:pPr>
      <w:r>
        <w:rPr>
          <w:b/>
        </w:rPr>
        <w:t xml:space="preserve">Imię i nazwisko rodzica/opiekuna oraz telefon: </w:t>
      </w:r>
      <w:r>
        <w:rPr>
          <w:color w:val="A0AEC0"/>
        </w:rPr>
        <w:t>....................................................................................................</w:t>
      </w:r>
      <w:r w:rsidR="00186ED6">
        <w:rPr>
          <w:color w:val="A0AEC0"/>
        </w:rPr>
        <w:t>...........................................................</w:t>
      </w:r>
    </w:p>
    <w:p w:rsidR="003D5AEC" w:rsidRDefault="004742E1">
      <w:pPr>
        <w:spacing w:after="240" w:line="276" w:lineRule="auto"/>
      </w:pPr>
      <w:r>
        <w:rPr>
          <w:color w:val="4A5568"/>
          <w:sz w:val="17"/>
        </w:rPr>
        <w:t>1. Wyrażam zgodę na udział mojego dziecka w Wojewódzkim Konkursie Plastyczno-Przedsiębiorczym „Człowiek – serce BIZNESU. Stwórz firmę z duszą” organizowanym przez RODNiIP „WOM” w Rybniku.</w:t>
      </w:r>
      <w:r>
        <w:rPr>
          <w:color w:val="4A5568"/>
          <w:sz w:val="17"/>
        </w:rPr>
        <w:br/>
        <w:t>2. Oświadczam, że zapoznałem/am się z regulaminem konkursu i w pełni akceptuję jego postanowienia.</w:t>
      </w:r>
      <w:r>
        <w:rPr>
          <w:color w:val="4A5568"/>
          <w:sz w:val="17"/>
        </w:rPr>
        <w:br/>
        <w:t>3. Wyrażam zgodę na przetwarzanie danych osobowych moich i mojego dziecka w celach organizacji, przeprowadzenia oraz promocji konkursu (zgodnie z RODO).</w:t>
      </w:r>
      <w:r>
        <w:rPr>
          <w:color w:val="4A5568"/>
          <w:sz w:val="17"/>
        </w:rPr>
        <w:br/>
        <w:t>4. Wyrażam zgodę na nieodpłatne publikowanie pracy mojego dziecka wraz z jego wizerunkiem, imieniem i nazwiskiem na stronie internetowej Organizatora oraz w lokalnych mediach w celu promocji wydarzenia.</w:t>
      </w:r>
      <w:r>
        <w:rPr>
          <w:color w:val="4A5568"/>
          <w:sz w:val="17"/>
        </w:rPr>
        <w:br/>
        <w:t>5. Oświadczam, że praca została wykonana przez dziecko samodzielnie. W przypadku nagrodzenia pracy, bezpłatnie przenoszę autorskie prawa majątkowe do niej na rzecz Organizatora.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0"/>
        <w:gridCol w:w="4824"/>
      </w:tblGrid>
      <w:tr w:rsidR="003D5AEC">
        <w:trPr>
          <w:jc w:val="center"/>
        </w:trPr>
        <w:tc>
          <w:tcPr>
            <w:tcW w:w="4810" w:type="dxa"/>
          </w:tcPr>
          <w:p w:rsidR="004532CF" w:rsidRDefault="004742E1">
            <w:pPr>
              <w:spacing w:before="240"/>
              <w:rPr>
                <w:color w:val="718096"/>
                <w:sz w:val="18"/>
              </w:rPr>
            </w:pPr>
            <w:r>
              <w:rPr>
                <w:color w:val="718096"/>
                <w:sz w:val="18"/>
              </w:rPr>
              <w:t>Miejscowość i data:</w:t>
            </w:r>
          </w:p>
          <w:p w:rsidR="003D5AEC" w:rsidRDefault="004742E1">
            <w:pPr>
              <w:spacing w:before="240"/>
            </w:pPr>
            <w:r>
              <w:rPr>
                <w:color w:val="718096"/>
                <w:sz w:val="18"/>
              </w:rPr>
              <w:br/>
              <w:t>.....................................................</w:t>
            </w:r>
          </w:p>
        </w:tc>
        <w:tc>
          <w:tcPr>
            <w:tcW w:w="4824" w:type="dxa"/>
          </w:tcPr>
          <w:p w:rsidR="004532CF" w:rsidRDefault="004742E1">
            <w:pPr>
              <w:spacing w:before="240"/>
              <w:jc w:val="right"/>
              <w:rPr>
                <w:color w:val="718096"/>
                <w:sz w:val="18"/>
              </w:rPr>
            </w:pPr>
            <w:r>
              <w:rPr>
                <w:color w:val="718096"/>
                <w:sz w:val="18"/>
              </w:rPr>
              <w:t>Podpis rodzica / opiekuna prawnego:</w:t>
            </w:r>
          </w:p>
          <w:p w:rsidR="003D5AEC" w:rsidRDefault="004742E1">
            <w:pPr>
              <w:spacing w:before="240"/>
              <w:jc w:val="right"/>
            </w:pPr>
            <w:r>
              <w:rPr>
                <w:color w:val="718096"/>
                <w:sz w:val="18"/>
              </w:rPr>
              <w:br/>
              <w:t>.....................................................</w:t>
            </w:r>
          </w:p>
        </w:tc>
      </w:tr>
    </w:tbl>
    <w:p w:rsidR="003D5AEC" w:rsidRDefault="004742E1">
      <w:r>
        <w:br w:type="page"/>
      </w:r>
    </w:p>
    <w:p w:rsidR="00665C72" w:rsidRDefault="00665C72">
      <w:pPr>
        <w:spacing w:before="160" w:after="40"/>
        <w:jc w:val="center"/>
        <w:rPr>
          <w:b/>
          <w:color w:val="auto"/>
          <w:sz w:val="22"/>
        </w:rPr>
      </w:pPr>
    </w:p>
    <w:p w:rsidR="004532CF" w:rsidRPr="00665C72" w:rsidRDefault="004742E1" w:rsidP="00665C72">
      <w:pPr>
        <w:spacing w:before="160" w:after="40"/>
        <w:jc w:val="center"/>
        <w:rPr>
          <w:b/>
          <w:color w:val="auto"/>
          <w:sz w:val="22"/>
        </w:rPr>
      </w:pPr>
      <w:r w:rsidRPr="00665C72">
        <w:rPr>
          <w:b/>
          <w:color w:val="auto"/>
          <w:sz w:val="20"/>
        </w:rPr>
        <w:t>ZAŁĄCZNIK NR 3  |  ROZPOWSZECHNIANIE WIZERUNKU</w:t>
      </w:r>
      <w:r w:rsidRPr="00A15C95">
        <w:rPr>
          <w:b/>
          <w:color w:val="auto"/>
          <w:sz w:val="22"/>
        </w:rPr>
        <w:br/>
      </w:r>
      <w:r w:rsidRPr="00665C72">
        <w:rPr>
          <w:b/>
          <w:color w:val="auto"/>
          <w:sz w:val="22"/>
        </w:rPr>
        <w:t xml:space="preserve">OŚWIADCZENIE O WYRAŻENIU ZGODY </w:t>
      </w:r>
      <w:r w:rsidR="004532CF" w:rsidRPr="00665C72">
        <w:rPr>
          <w:b/>
          <w:color w:val="auto"/>
          <w:sz w:val="22"/>
        </w:rPr>
        <w:br/>
      </w:r>
      <w:r w:rsidRPr="00665C72">
        <w:rPr>
          <w:b/>
          <w:color w:val="auto"/>
          <w:sz w:val="22"/>
        </w:rPr>
        <w:t>NA ROZPOWSZECHNIANIE WIZERUNKU</w:t>
      </w:r>
    </w:p>
    <w:p w:rsidR="003D5AEC" w:rsidRPr="00665C72" w:rsidRDefault="004742E1">
      <w:pPr>
        <w:spacing w:before="200"/>
        <w:rPr>
          <w:sz w:val="20"/>
        </w:rPr>
      </w:pPr>
      <w:r w:rsidRPr="00665C72">
        <w:rPr>
          <w:b/>
          <w:sz w:val="20"/>
        </w:rPr>
        <w:t xml:space="preserve">Ja, niżej podpisany/a: </w:t>
      </w:r>
      <w:r w:rsidRPr="00665C72">
        <w:rPr>
          <w:color w:val="A0AEC0"/>
          <w:sz w:val="20"/>
        </w:rPr>
        <w:t>......................................................................................................................</w:t>
      </w:r>
      <w:r w:rsidR="00186ED6" w:rsidRPr="00665C72">
        <w:rPr>
          <w:color w:val="A0AEC0"/>
          <w:sz w:val="20"/>
        </w:rPr>
        <w:t>.......</w:t>
      </w:r>
    </w:p>
    <w:p w:rsidR="003D5AEC" w:rsidRPr="00665C72" w:rsidRDefault="004742E1">
      <w:pPr>
        <w:rPr>
          <w:sz w:val="20"/>
        </w:rPr>
      </w:pPr>
      <w:r w:rsidRPr="00665C72">
        <w:rPr>
          <w:b/>
          <w:sz w:val="20"/>
        </w:rPr>
        <w:t>Rodzic / opiekun prawny uczestnika</w:t>
      </w:r>
      <w:r w:rsidR="00186ED6" w:rsidRPr="00665C72">
        <w:rPr>
          <w:b/>
          <w:sz w:val="20"/>
        </w:rPr>
        <w:t xml:space="preserve"> (imię </w:t>
      </w:r>
      <w:r w:rsidR="00775C3A">
        <w:rPr>
          <w:b/>
          <w:sz w:val="20"/>
        </w:rPr>
        <w:t>i</w:t>
      </w:r>
      <w:r w:rsidR="00186ED6" w:rsidRPr="00665C72">
        <w:rPr>
          <w:b/>
          <w:sz w:val="20"/>
        </w:rPr>
        <w:t xml:space="preserve"> nazwisko dziecka)</w:t>
      </w:r>
      <w:r w:rsidRPr="00665C72">
        <w:rPr>
          <w:b/>
          <w:sz w:val="20"/>
        </w:rPr>
        <w:t xml:space="preserve">: </w:t>
      </w:r>
      <w:r w:rsidRPr="00665C72">
        <w:rPr>
          <w:color w:val="A0AEC0"/>
          <w:sz w:val="20"/>
        </w:rPr>
        <w:t>.........................................................................................................</w:t>
      </w:r>
      <w:r w:rsidR="00186ED6" w:rsidRPr="00665C72">
        <w:rPr>
          <w:color w:val="A0AEC0"/>
          <w:sz w:val="20"/>
        </w:rPr>
        <w:t>...........................................................</w:t>
      </w:r>
    </w:p>
    <w:p w:rsidR="003D5AEC" w:rsidRPr="00665C72" w:rsidRDefault="004742E1">
      <w:pPr>
        <w:rPr>
          <w:sz w:val="20"/>
        </w:rPr>
      </w:pPr>
      <w:r w:rsidRPr="00665C72">
        <w:rPr>
          <w:b/>
          <w:sz w:val="20"/>
        </w:rPr>
        <w:t xml:space="preserve">Nazwa szkoły / placówki: </w:t>
      </w:r>
      <w:r w:rsidRPr="00665C72">
        <w:rPr>
          <w:color w:val="A0AEC0"/>
          <w:sz w:val="20"/>
        </w:rPr>
        <w:t>.........................................................................................................................</w:t>
      </w:r>
    </w:p>
    <w:p w:rsidR="003D5AEC" w:rsidRDefault="004742E1">
      <w:pPr>
        <w:spacing w:before="160" w:after="200"/>
      </w:pPr>
      <w:r>
        <w:rPr>
          <w:i/>
        </w:rPr>
        <w:t>Niniejszym wyrażam dobrowolną i jednoznaczną zgodę na: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2434"/>
      </w:tblGrid>
      <w:tr w:rsidR="003D5AEC">
        <w:trPr>
          <w:jc w:val="center"/>
        </w:trPr>
        <w:tc>
          <w:tcPr>
            <w:tcW w:w="7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D5AEC" w:rsidRPr="00665C72" w:rsidRDefault="004742E1">
            <w:pPr>
              <w:spacing w:before="40" w:after="40" w:line="276" w:lineRule="auto"/>
              <w:rPr>
                <w:sz w:val="18"/>
                <w:szCs w:val="20"/>
              </w:rPr>
            </w:pPr>
            <w:r w:rsidRPr="00665C72">
              <w:rPr>
                <w:sz w:val="18"/>
                <w:szCs w:val="20"/>
              </w:rPr>
              <w:t xml:space="preserve">1. Przetwarzanie danych osobowych mojego dziecka przez RODNiIP „WOM” </w:t>
            </w:r>
            <w:r w:rsidR="00186ED6" w:rsidRPr="00665C72">
              <w:rPr>
                <w:sz w:val="18"/>
                <w:szCs w:val="20"/>
              </w:rPr>
              <w:br/>
            </w:r>
            <w:r w:rsidRPr="00665C72">
              <w:rPr>
                <w:sz w:val="18"/>
                <w:szCs w:val="20"/>
              </w:rPr>
              <w:t>w Rybniku w celu organizacji i promocji konkursu pt. „Człowiek – serce BIZNESU” w ramach XVIII Rybnickich Dni Kariery.</w:t>
            </w:r>
          </w:p>
        </w:tc>
        <w:tc>
          <w:tcPr>
            <w:tcW w:w="24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D5AEC" w:rsidRPr="00665C72" w:rsidRDefault="004742E1">
            <w:pPr>
              <w:spacing w:before="40" w:after="40" w:line="276" w:lineRule="auto"/>
              <w:jc w:val="center"/>
              <w:rPr>
                <w:color w:val="auto"/>
                <w:sz w:val="18"/>
              </w:rPr>
            </w:pPr>
            <w:r w:rsidRPr="00665C72">
              <w:rPr>
                <w:b/>
                <w:color w:val="auto"/>
                <w:sz w:val="18"/>
              </w:rPr>
              <w:t>[   ] TAK</w:t>
            </w:r>
          </w:p>
        </w:tc>
      </w:tr>
      <w:tr w:rsidR="003D5AEC">
        <w:trPr>
          <w:jc w:val="center"/>
        </w:trPr>
        <w:tc>
          <w:tcPr>
            <w:tcW w:w="7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D5AEC" w:rsidRPr="00665C72" w:rsidRDefault="004742E1">
            <w:pPr>
              <w:spacing w:before="40" w:after="40" w:line="276" w:lineRule="auto"/>
              <w:rPr>
                <w:sz w:val="18"/>
                <w:szCs w:val="20"/>
              </w:rPr>
            </w:pPr>
            <w:r w:rsidRPr="00665C72">
              <w:rPr>
                <w:sz w:val="18"/>
                <w:szCs w:val="20"/>
              </w:rPr>
              <w:t>2. Nieodpłatne utrwalanie, używanie i rozpowszechnianie wizerunku dziecka (zdjęcia, wideo, praca plastyczna) w celach dokumentacyjnych i promocyjnych na stronie www, w mediach społecznościowych oraz lokalnej prasie.</w:t>
            </w:r>
          </w:p>
        </w:tc>
        <w:tc>
          <w:tcPr>
            <w:tcW w:w="24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D5AEC" w:rsidRPr="00665C72" w:rsidRDefault="004742E1">
            <w:pPr>
              <w:spacing w:before="40" w:after="40" w:line="276" w:lineRule="auto"/>
              <w:jc w:val="center"/>
              <w:rPr>
                <w:color w:val="auto"/>
                <w:sz w:val="18"/>
              </w:rPr>
            </w:pPr>
            <w:r w:rsidRPr="00665C72">
              <w:rPr>
                <w:b/>
                <w:color w:val="auto"/>
                <w:sz w:val="18"/>
              </w:rPr>
              <w:t>[   ] TAK</w:t>
            </w:r>
            <w:r w:rsidRPr="00665C72">
              <w:rPr>
                <w:b/>
                <w:color w:val="auto"/>
                <w:sz w:val="18"/>
              </w:rPr>
              <w:br/>
              <w:t>[   ] NIE</w:t>
            </w:r>
          </w:p>
        </w:tc>
      </w:tr>
    </w:tbl>
    <w:p w:rsidR="004532CF" w:rsidRPr="00665C72" w:rsidRDefault="004742E1">
      <w:pPr>
        <w:spacing w:before="240" w:after="400" w:line="276" w:lineRule="auto"/>
        <w:rPr>
          <w:color w:val="auto"/>
          <w:sz w:val="18"/>
          <w:szCs w:val="20"/>
        </w:rPr>
      </w:pPr>
      <w:r w:rsidRPr="00665C72">
        <w:rPr>
          <w:color w:val="auto"/>
          <w:sz w:val="18"/>
          <w:szCs w:val="20"/>
        </w:rPr>
        <w:t>Dodatkowo oświadczam, że:</w:t>
      </w:r>
      <w:r w:rsidRPr="00665C72">
        <w:rPr>
          <w:color w:val="auto"/>
          <w:sz w:val="18"/>
          <w:szCs w:val="20"/>
        </w:rPr>
        <w:br/>
        <w:t>• Zostałem/am poinformowany/a o prawie do wycofania każdej ze zgód w dowolnym momencie bez wpływu na zgodność z prawem przetwarzania, którego dokonano przed wycofaniem.</w:t>
      </w:r>
      <w:r w:rsidRPr="00665C72">
        <w:rPr>
          <w:color w:val="auto"/>
          <w:sz w:val="18"/>
          <w:szCs w:val="20"/>
        </w:rPr>
        <w:br/>
        <w:t>• Zapoznałem/am się w pełni z załączoną Klauzulą Informacyjną (RODO).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0"/>
        <w:gridCol w:w="4824"/>
      </w:tblGrid>
      <w:tr w:rsidR="004532CF" w:rsidRPr="004532CF">
        <w:trPr>
          <w:jc w:val="center"/>
        </w:trPr>
        <w:tc>
          <w:tcPr>
            <w:tcW w:w="4810" w:type="dxa"/>
          </w:tcPr>
          <w:p w:rsidR="003D5AEC" w:rsidRPr="004532CF" w:rsidRDefault="003D5AEC">
            <w:pPr>
              <w:rPr>
                <w:color w:val="auto"/>
              </w:rPr>
            </w:pPr>
          </w:p>
        </w:tc>
        <w:tc>
          <w:tcPr>
            <w:tcW w:w="4824" w:type="dxa"/>
          </w:tcPr>
          <w:p w:rsidR="00186ED6" w:rsidRDefault="004742E1">
            <w:pPr>
              <w:jc w:val="right"/>
              <w:rPr>
                <w:color w:val="auto"/>
                <w:sz w:val="18"/>
              </w:rPr>
            </w:pPr>
            <w:r w:rsidRPr="004532CF">
              <w:rPr>
                <w:color w:val="auto"/>
                <w:sz w:val="18"/>
              </w:rPr>
              <w:t>Podpis rodzica / opiekuna prawnego:</w:t>
            </w:r>
          </w:p>
          <w:p w:rsidR="003D5AEC" w:rsidRPr="004532CF" w:rsidRDefault="004742E1">
            <w:pPr>
              <w:jc w:val="right"/>
              <w:rPr>
                <w:color w:val="auto"/>
              </w:rPr>
            </w:pPr>
            <w:r w:rsidRPr="004532CF">
              <w:rPr>
                <w:color w:val="auto"/>
                <w:sz w:val="18"/>
              </w:rPr>
              <w:br/>
            </w:r>
            <w:r w:rsidR="00186ED6">
              <w:rPr>
                <w:color w:val="auto"/>
                <w:sz w:val="18"/>
              </w:rPr>
              <w:t>……………..</w:t>
            </w:r>
            <w:r w:rsidRPr="004532CF">
              <w:rPr>
                <w:color w:val="auto"/>
                <w:sz w:val="18"/>
              </w:rPr>
              <w:t>.....................................................</w:t>
            </w:r>
          </w:p>
        </w:tc>
      </w:tr>
    </w:tbl>
    <w:p w:rsidR="00775C3A" w:rsidRDefault="00665C72" w:rsidP="00775C3A">
      <w:pPr>
        <w:spacing w:after="0" w:line="360" w:lineRule="auto"/>
        <w:jc w:val="center"/>
        <w:rPr>
          <w:b/>
          <w:color w:val="auto"/>
          <w:sz w:val="22"/>
        </w:rPr>
      </w:pPr>
      <w:r w:rsidRPr="00A15C95">
        <w:rPr>
          <w:b/>
          <w:color w:val="auto"/>
          <w:sz w:val="22"/>
        </w:rPr>
        <w:t>KLAUZULA INFORMACYJNA RODO</w:t>
      </w:r>
      <w:r>
        <w:rPr>
          <w:b/>
          <w:color w:val="auto"/>
          <w:sz w:val="22"/>
        </w:rPr>
        <w:t xml:space="preserve"> </w:t>
      </w:r>
    </w:p>
    <w:p w:rsidR="003D5AEC" w:rsidRPr="00775C3A" w:rsidRDefault="004742E1" w:rsidP="00775C3A">
      <w:pPr>
        <w:spacing w:after="0" w:line="360" w:lineRule="auto"/>
        <w:jc w:val="center"/>
        <w:rPr>
          <w:b/>
          <w:color w:val="auto"/>
          <w:sz w:val="22"/>
        </w:rPr>
      </w:pPr>
      <w:r w:rsidRPr="00A15C95">
        <w:rPr>
          <w:b/>
          <w:color w:val="auto"/>
          <w:sz w:val="26"/>
        </w:rPr>
        <w:t>PRZETWARZANIE DANYCH OSOBOWYCH UCZESTNIKÓW KONKURSU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54"/>
      </w:tblGrid>
      <w:tr w:rsidR="003D5AEC" w:rsidRPr="00A15C95">
        <w:trPr>
          <w:jc w:val="center"/>
        </w:trPr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Administrator danych:</w:t>
            </w:r>
          </w:p>
        </w:tc>
        <w:tc>
          <w:tcPr>
            <w:tcW w:w="675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Regionalny Ośrodek Doskonalenia Nauczycieli i Informacji Pedagogicznej „WOM” w Rybniku, ul. Parkowa 4a, 44-200 Rybnik. E-mail: info@wom.edu.pl, tel: 32 424 74 72.</w:t>
            </w:r>
          </w:p>
        </w:tc>
      </w:tr>
      <w:tr w:rsidR="003D5AEC" w:rsidRPr="00A15C95">
        <w:trPr>
          <w:jc w:val="center"/>
        </w:trPr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Inspektor Ochrony Danych:</w:t>
            </w:r>
          </w:p>
        </w:tc>
        <w:tc>
          <w:tcPr>
            <w:tcW w:w="675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Dane kontaktowe IOD: iodowom@wom.edu.pl.</w:t>
            </w:r>
          </w:p>
        </w:tc>
      </w:tr>
      <w:tr w:rsidR="003D5AEC" w:rsidRPr="00A15C95">
        <w:trPr>
          <w:jc w:val="center"/>
        </w:trPr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Cele i podstawy prawne:</w:t>
            </w:r>
          </w:p>
        </w:tc>
        <w:tc>
          <w:tcPr>
            <w:tcW w:w="675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Dane osobowe oraz wizerunek są przetwarzane na podstawie zgody (art. 6 ust. 1 lit. a RODO) w celu organizacji, przeprowadzenia, rozstrzygnięcia, dokumentowania oraz promocji Wojewódzkiego Konkursu „Człowiek – serce BIZNESU”.</w:t>
            </w:r>
          </w:p>
        </w:tc>
      </w:tr>
      <w:tr w:rsidR="003D5AEC" w:rsidRPr="00A15C95">
        <w:trPr>
          <w:jc w:val="center"/>
        </w:trPr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Odbiorcy danych:</w:t>
            </w:r>
          </w:p>
        </w:tc>
        <w:tc>
          <w:tcPr>
            <w:tcW w:w="675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Podmioty współpracujące, użytkownicy strony www.wom.edu.pl, mediów społecznościowych Organizatora oraz lokalne media (np. redakcja gazety „NOWINY”).</w:t>
            </w:r>
          </w:p>
        </w:tc>
      </w:tr>
      <w:tr w:rsidR="003D5AEC" w:rsidRPr="00A15C95">
        <w:trPr>
          <w:jc w:val="center"/>
        </w:trPr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Okres przechowywania:</w:t>
            </w:r>
          </w:p>
        </w:tc>
        <w:tc>
          <w:tcPr>
            <w:tcW w:w="675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Dane będą przechowywane przez okres realizacji konkursu oraz do końca roku szkolnego, w którym konkurs został zakończony, a wizerunek do momentu wycofania zgody.</w:t>
            </w:r>
          </w:p>
        </w:tc>
      </w:tr>
      <w:tr w:rsidR="003D5AEC" w:rsidRPr="00A15C95">
        <w:trPr>
          <w:jc w:val="center"/>
        </w:trPr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Prawa osób, których dane dotyczą:</w:t>
            </w:r>
          </w:p>
        </w:tc>
        <w:tc>
          <w:tcPr>
            <w:tcW w:w="675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Prawo dostępu do danych, ich sprostowania, usunięcia, ograniczenia przetwarzania, przenoszenia danych, wycofania zgody w dowolnym momencie (bez wpływu na zgodność z prawem przetwarzania przed wycofaniem).</w:t>
            </w:r>
          </w:p>
        </w:tc>
      </w:tr>
      <w:tr w:rsidR="003D5AEC" w:rsidRPr="00A15C95">
        <w:trPr>
          <w:jc w:val="center"/>
        </w:trPr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Skarga i dobrowolność:</w:t>
            </w:r>
          </w:p>
        </w:tc>
        <w:tc>
          <w:tcPr>
            <w:tcW w:w="675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Prawo wniesienia skargi do Prezesa Urzędu Ochrony Danych Osobowych (PUODO). Podanie danych jest dobrowolne, lecz niezbędne do wzięcia udziału w konkursie.</w:t>
            </w:r>
          </w:p>
        </w:tc>
      </w:tr>
    </w:tbl>
    <w:p w:rsidR="003D5AEC" w:rsidRDefault="004742E1">
      <w:r>
        <w:br w:type="page"/>
      </w:r>
    </w:p>
    <w:p w:rsidR="003D5AEC" w:rsidRPr="00A15C95" w:rsidRDefault="004742E1">
      <w:pPr>
        <w:spacing w:before="80" w:after="40"/>
        <w:jc w:val="center"/>
        <w:rPr>
          <w:color w:val="auto"/>
        </w:rPr>
      </w:pPr>
      <w:r>
        <w:rPr>
          <w:b/>
          <w:color w:val="718096"/>
          <w:sz w:val="22"/>
        </w:rPr>
        <w:lastRenderedPageBreak/>
        <w:t>ZAŁĄCZNIK NR 4  |  KATEGORIA I</w:t>
      </w:r>
      <w:r>
        <w:rPr>
          <w:b/>
          <w:color w:val="718096"/>
          <w:sz w:val="22"/>
        </w:rPr>
        <w:br/>
      </w:r>
      <w:bookmarkStart w:id="0" w:name="_GoBack"/>
      <w:bookmarkEnd w:id="0"/>
      <w:r w:rsidRPr="00A15C95">
        <w:rPr>
          <w:b/>
          <w:color w:val="auto"/>
          <w:sz w:val="26"/>
        </w:rPr>
        <w:t>WNIOSEK O WPIS DO EWIDENCJI DZIAŁALNOŚCI GOSPODARCZEJ</w:t>
      </w:r>
    </w:p>
    <w:p w:rsidR="003D5AEC" w:rsidRPr="00A15C95" w:rsidRDefault="004742E1">
      <w:pPr>
        <w:spacing w:after="160"/>
        <w:jc w:val="center"/>
        <w:rPr>
          <w:color w:val="auto"/>
          <w:sz w:val="20"/>
        </w:rPr>
      </w:pPr>
      <w:r w:rsidRPr="00A15C95">
        <w:rPr>
          <w:i/>
          <w:color w:val="auto"/>
          <w:sz w:val="16"/>
        </w:rPr>
        <w:t>(Proszę wypełnić DRUKOWANYMI LITERAMI. Dane mogą być wymyślone, z</w:t>
      </w:r>
      <w:r w:rsidR="00A15C95" w:rsidRPr="00A15C95">
        <w:rPr>
          <w:i/>
          <w:color w:val="auto"/>
          <w:sz w:val="16"/>
        </w:rPr>
        <w:t xml:space="preserve"> wyjątkiem imienia, nazwiska, nazwy firmy, </w:t>
      </w:r>
      <w:r w:rsidRPr="00A15C95">
        <w:rPr>
          <w:i/>
          <w:color w:val="auto"/>
          <w:sz w:val="16"/>
        </w:rPr>
        <w:t xml:space="preserve"> numeru PKD)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"/>
        <w:gridCol w:w="3600"/>
        <w:gridCol w:w="1182"/>
        <w:gridCol w:w="4824"/>
        <w:gridCol w:w="28"/>
      </w:tblGrid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 w:rsidP="00971439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b/>
                <w:color w:val="auto"/>
                <w:sz w:val="18"/>
              </w:rPr>
            </w:pPr>
            <w:r w:rsidRPr="00A15C95">
              <w:rPr>
                <w:b/>
                <w:color w:val="auto"/>
                <w:sz w:val="18"/>
              </w:rPr>
              <w:t>Rodzaj wniosku:</w:t>
            </w:r>
          </w:p>
          <w:p w:rsidR="00971439" w:rsidRPr="00A15C95" w:rsidRDefault="00971439" w:rsidP="00971439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(zaznacz właściwe)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t xml:space="preserve"> [   ] Wniosek o wpis do ewidencji</w:t>
            </w: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br/>
              <w:t xml:space="preserve"> [   ] Wniosek o zmianę wpisu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 w:rsidP="00971439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b/>
                <w:color w:val="auto"/>
                <w:sz w:val="18"/>
              </w:rPr>
            </w:pPr>
            <w:r w:rsidRPr="00A15C95">
              <w:rPr>
                <w:b/>
                <w:color w:val="auto"/>
                <w:sz w:val="18"/>
              </w:rPr>
              <w:t>Dane wnioskodawcy:</w:t>
            </w:r>
          </w:p>
          <w:p w:rsidR="00971439" w:rsidRPr="00A15C95" w:rsidRDefault="00971439" w:rsidP="00A15C95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 xml:space="preserve">(zaznacz właściwe </w:t>
            </w:r>
            <w:r w:rsidR="00A15C95">
              <w:rPr>
                <w:color w:val="auto"/>
                <w:sz w:val="18"/>
              </w:rPr>
              <w:t>i</w:t>
            </w:r>
            <w:r w:rsidRPr="00A15C95">
              <w:rPr>
                <w:color w:val="auto"/>
                <w:sz w:val="18"/>
              </w:rPr>
              <w:t xml:space="preserve"> wpisz dane)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t xml:space="preserve"> Płeć: [   ] Kobieta   [   ] Mężczyzna</w:t>
            </w:r>
          </w:p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br/>
              <w:t xml:space="preserve"> Nazwisko: ...........................................................................</w:t>
            </w:r>
            <w:r w:rsidR="00971439" w:rsidRPr="00A15C95">
              <w:rPr>
                <w:color w:val="auto"/>
                <w:sz w:val="17"/>
              </w:rPr>
              <w:t>.........................</w:t>
            </w:r>
          </w:p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br/>
              <w:t xml:space="preserve"> Imię: ...................................................................................</w:t>
            </w:r>
            <w:r w:rsidR="00971439" w:rsidRPr="00A15C95">
              <w:rPr>
                <w:color w:val="auto"/>
                <w:sz w:val="17"/>
              </w:rPr>
              <w:t>..........................</w:t>
            </w:r>
          </w:p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br/>
              <w:t xml:space="preserve"> Data i miejsce urodzenia: ....................................................</w:t>
            </w:r>
            <w:r w:rsidR="00971439" w:rsidRPr="00A15C95">
              <w:rPr>
                <w:color w:val="auto"/>
                <w:sz w:val="17"/>
              </w:rPr>
              <w:t>.........................</w:t>
            </w:r>
          </w:p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t>PESEL (</w:t>
            </w:r>
            <w:r w:rsidR="00971439" w:rsidRPr="00A15C95">
              <w:rPr>
                <w:color w:val="auto"/>
                <w:sz w:val="17"/>
              </w:rPr>
              <w:t>11 wymyślonych</w:t>
            </w:r>
            <w:r w:rsidRPr="00A15C95">
              <w:rPr>
                <w:color w:val="auto"/>
                <w:sz w:val="17"/>
              </w:rPr>
              <w:t xml:space="preserve"> cyfry): </w:t>
            </w:r>
          </w:p>
          <w:tbl>
            <w:tblPr>
              <w:tblStyle w:val="TableNormal"/>
              <w:tblpPr w:leftFromText="141" w:rightFromText="141" w:vertAnchor="text" w:horzAnchor="margin" w:tblpXSpec="center" w:tblpY="50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3"/>
              <w:gridCol w:w="302"/>
              <w:gridCol w:w="302"/>
              <w:gridCol w:w="302"/>
            </w:tblGrid>
            <w:tr w:rsidR="00971439" w:rsidRPr="00A15C95" w:rsidTr="00971439">
              <w:trPr>
                <w:trHeight w:val="160"/>
              </w:trPr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3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</w:tbl>
          <w:p w:rsidR="003D5AEC" w:rsidRPr="00A15C95" w:rsidRDefault="003D5AEC">
            <w:pPr>
              <w:spacing w:before="40" w:after="40" w:line="276" w:lineRule="auto"/>
              <w:rPr>
                <w:color w:val="auto"/>
              </w:rPr>
            </w:pPr>
          </w:p>
          <w:p w:rsidR="00971439" w:rsidRPr="00A15C95" w:rsidRDefault="00971439">
            <w:pPr>
              <w:spacing w:before="40" w:after="40" w:line="276" w:lineRule="auto"/>
              <w:rPr>
                <w:color w:val="auto"/>
              </w:rPr>
            </w:pP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3. Adres zamieszkania: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t xml:space="preserve"> Kraj: ..............................</w:t>
            </w:r>
            <w:r w:rsidR="00971439" w:rsidRPr="00A15C95">
              <w:rPr>
                <w:color w:val="auto"/>
                <w:sz w:val="17"/>
              </w:rPr>
              <w:t>................</w:t>
            </w:r>
            <w:r w:rsidRPr="00A15C95">
              <w:rPr>
                <w:color w:val="auto"/>
                <w:sz w:val="17"/>
              </w:rPr>
              <w:t xml:space="preserve"> Województwo: .............................</w:t>
            </w:r>
            <w:r w:rsidR="00971439" w:rsidRPr="00A15C95">
              <w:rPr>
                <w:color w:val="auto"/>
                <w:sz w:val="17"/>
              </w:rPr>
              <w:t>............</w:t>
            </w:r>
          </w:p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br/>
              <w:t xml:space="preserve"> Powiat: ........................... Kod pocztowy: .............................</w:t>
            </w:r>
            <w:r w:rsidR="00971439" w:rsidRPr="00A15C95">
              <w:rPr>
                <w:color w:val="auto"/>
                <w:sz w:val="17"/>
              </w:rPr>
              <w:t>...........................</w:t>
            </w:r>
          </w:p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br/>
              <w:t xml:space="preserve"> Miejscowość: .........................................................................</w:t>
            </w:r>
            <w:r w:rsidR="00971439" w:rsidRPr="00A15C95">
              <w:rPr>
                <w:color w:val="auto"/>
                <w:sz w:val="17"/>
              </w:rPr>
              <w:t>....................</w:t>
            </w: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br/>
              <w:t xml:space="preserve"> Ulica: .........................................</w:t>
            </w:r>
            <w:r w:rsidR="00971439" w:rsidRPr="00A15C95">
              <w:rPr>
                <w:color w:val="auto"/>
                <w:sz w:val="17"/>
              </w:rPr>
              <w:t>..........................</w:t>
            </w:r>
            <w:r w:rsidRPr="00A15C95">
              <w:rPr>
                <w:color w:val="auto"/>
                <w:sz w:val="17"/>
              </w:rPr>
              <w:t xml:space="preserve"> Nr dom/lokal: ......... / ........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4. Pełna nazwa firmy: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1439" w:rsidRPr="00A15C95" w:rsidRDefault="004742E1" w:rsidP="00971439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t xml:space="preserve"> </w:t>
            </w:r>
          </w:p>
          <w:p w:rsidR="003D5AEC" w:rsidRPr="00A15C95" w:rsidRDefault="004742E1" w:rsidP="00971439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.................................................</w:t>
            </w:r>
            <w:r w:rsidR="00971439" w:rsidRPr="00A15C95">
              <w:rPr>
                <w:color w:val="auto"/>
                <w:sz w:val="17"/>
              </w:rPr>
              <w:t xml:space="preserve">....................................................................... </w:t>
            </w:r>
            <w:r w:rsidRPr="00A15C95">
              <w:rPr>
                <w:color w:val="auto"/>
                <w:sz w:val="17"/>
              </w:rPr>
              <w:br/>
              <w:t xml:space="preserve"> (musi korespondować z szyldem/makietą)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5. Misja firmy (krótki opis):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1439" w:rsidRPr="00A15C95" w:rsidRDefault="004742E1">
            <w:pPr>
              <w:spacing w:before="40" w:after="40" w:line="276" w:lineRule="auto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t xml:space="preserve"> </w:t>
            </w: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........................................................................................................</w:t>
            </w:r>
            <w:r w:rsidRPr="00A15C95">
              <w:rPr>
                <w:color w:val="auto"/>
                <w:sz w:val="17"/>
              </w:rPr>
              <w:br/>
              <w:t xml:space="preserve"> (zorientowana na drugiego człowieka - klienta lub pracownika)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6. Szczegóły działalności: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 xml:space="preserve"> Data rozpoczęcia: ..................................................................</w:t>
            </w:r>
            <w:r w:rsidRPr="00A15C95">
              <w:rPr>
                <w:color w:val="auto"/>
                <w:sz w:val="17"/>
              </w:rPr>
              <w:br/>
              <w:t xml:space="preserve"> Planowana liczba pracowników: ................................................</w:t>
            </w:r>
            <w:r w:rsidRPr="00A15C95">
              <w:rPr>
                <w:color w:val="auto"/>
                <w:sz w:val="17"/>
              </w:rPr>
              <w:br/>
              <w:t xml:space="preserve"> Miasto wykonywania działalności: ...........................................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7. Przeważający kod PKD:</w:t>
            </w:r>
            <w:r w:rsidRPr="00A15C95">
              <w:rPr>
                <w:b/>
                <w:color w:val="auto"/>
                <w:sz w:val="18"/>
              </w:rPr>
              <w:br/>
              <w:t>(ze strony biznes.gov.pl)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tbl>
            <w:tblPr>
              <w:tblStyle w:val="TableNormal"/>
              <w:tblpPr w:leftFromText="141" w:rightFromText="141" w:vertAnchor="text" w:horzAnchor="page" w:tblpX="1456" w:tblpY="-14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4"/>
              <w:gridCol w:w="372"/>
              <w:gridCol w:w="372"/>
              <w:gridCol w:w="375"/>
              <w:gridCol w:w="372"/>
            </w:tblGrid>
            <w:tr w:rsidR="00971439" w:rsidRPr="00A15C95" w:rsidTr="00971439">
              <w:trPr>
                <w:trHeight w:val="253"/>
              </w:trPr>
              <w:tc>
                <w:tcPr>
                  <w:tcW w:w="374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7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7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75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72" w:type="dxa"/>
                </w:tcPr>
                <w:p w:rsidR="00971439" w:rsidRPr="00A15C95" w:rsidRDefault="00971439" w:rsidP="00971439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</w:tr>
          </w:tbl>
          <w:p w:rsidR="003D5AEC" w:rsidRPr="00A15C95" w:rsidRDefault="004742E1" w:rsidP="00971439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 xml:space="preserve"> KOD PKD:  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b/>
                <w:color w:val="auto"/>
                <w:sz w:val="18"/>
              </w:rPr>
            </w:pPr>
            <w:r w:rsidRPr="00A15C95">
              <w:rPr>
                <w:b/>
                <w:color w:val="auto"/>
                <w:sz w:val="18"/>
              </w:rPr>
              <w:t>8. Ubezpieczenie społeczne:</w:t>
            </w:r>
          </w:p>
          <w:p w:rsidR="00971439" w:rsidRPr="00A15C95" w:rsidRDefault="00971439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(zaznacz właściwe)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 xml:space="preserve"> [   ] Zakład Ubezpieczeń Społecznych (ZUS)</w:t>
            </w:r>
            <w:r w:rsidRPr="00A15C95">
              <w:rPr>
                <w:color w:val="auto"/>
                <w:sz w:val="17"/>
              </w:rPr>
              <w:br/>
              <w:t xml:space="preserve"> [   ] Kasa Rolniczego Ubezpieczenia Społecznego (KRUS)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b/>
                <w:color w:val="auto"/>
                <w:sz w:val="18"/>
              </w:rPr>
            </w:pPr>
            <w:r w:rsidRPr="00A15C95">
              <w:rPr>
                <w:b/>
                <w:color w:val="auto"/>
                <w:sz w:val="18"/>
              </w:rPr>
              <w:t>9. Właściwy Urząd Skarbowy:</w:t>
            </w:r>
          </w:p>
          <w:p w:rsidR="00971439" w:rsidRPr="00A15C95" w:rsidRDefault="00971439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(zaznacz właściwe)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 xml:space="preserve"> Urząd Skarbowy w: .............................................................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8"/>
              </w:rPr>
              <w:t>10. Rachunek bankowy: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 xml:space="preserve"> Nazwa banku: ..................................................................</w:t>
            </w:r>
            <w:r w:rsidR="00971439" w:rsidRPr="00A15C95">
              <w:rPr>
                <w:color w:val="auto"/>
                <w:sz w:val="17"/>
              </w:rPr>
              <w:t>......</w:t>
            </w:r>
            <w:r w:rsidR="00971439" w:rsidRPr="00A15C95">
              <w:rPr>
                <w:color w:val="auto"/>
                <w:sz w:val="17"/>
              </w:rPr>
              <w:br/>
              <w:t xml:space="preserve"> Numer rachunku (wymyśl 26 cyfr</w:t>
            </w:r>
            <w:r w:rsidRPr="00A15C95">
              <w:rPr>
                <w:color w:val="auto"/>
                <w:sz w:val="17"/>
              </w:rPr>
              <w:t>:</w:t>
            </w:r>
            <w:r w:rsidRPr="00A15C95">
              <w:rPr>
                <w:color w:val="auto"/>
                <w:sz w:val="17"/>
              </w:rPr>
              <w:br/>
            </w:r>
            <w:r w:rsidRPr="00A15C95">
              <w:rPr>
                <w:color w:val="auto"/>
                <w:sz w:val="24"/>
              </w:rPr>
              <w:t xml:space="preserve"> [  ][  ] [ ][ ][ ][ ] [ ][ ][ ][ ] [ ][ ][ ][ ] [ ][ ][ ][ ] [ ][ ][ ][ ] [ ][ ][ ][ ]</w:t>
            </w:r>
          </w:p>
        </w:tc>
      </w:tr>
      <w:tr w:rsidR="003D5AEC" w:rsidRPr="00A15C95" w:rsidTr="00971439">
        <w:trPr>
          <w:gridBefore w:val="1"/>
          <w:wBefore w:w="28" w:type="dxa"/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b/>
                <w:color w:val="auto"/>
                <w:sz w:val="18"/>
              </w:rPr>
            </w:pPr>
            <w:r w:rsidRPr="00A15C95">
              <w:rPr>
                <w:b/>
                <w:color w:val="auto"/>
                <w:sz w:val="18"/>
              </w:rPr>
              <w:t>11. Forma działalności:</w:t>
            </w:r>
          </w:p>
          <w:p w:rsidR="00971439" w:rsidRPr="00A15C95" w:rsidRDefault="00971439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(zaznacz właściwe)</w:t>
            </w:r>
          </w:p>
        </w:tc>
        <w:tc>
          <w:tcPr>
            <w:tcW w:w="6034" w:type="dxa"/>
            <w:gridSpan w:val="3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 xml:space="preserve"> [   ] Prowadzę działalność indywidualnie</w:t>
            </w:r>
            <w:r w:rsidRPr="00A15C95">
              <w:rPr>
                <w:color w:val="auto"/>
                <w:sz w:val="17"/>
              </w:rPr>
              <w:br/>
              <w:t xml:space="preserve"> [   ] Prowadzę działalność w formie spółki cywilnej</w:t>
            </w:r>
          </w:p>
        </w:tc>
      </w:tr>
      <w:tr w:rsidR="003D5AEC" w:rsidRPr="00A15C95" w:rsidTr="00971439">
        <w:trPr>
          <w:gridAfter w:val="1"/>
          <w:wAfter w:w="28" w:type="dxa"/>
          <w:jc w:val="center"/>
        </w:trPr>
        <w:tc>
          <w:tcPr>
            <w:tcW w:w="4810" w:type="dxa"/>
            <w:gridSpan w:val="3"/>
          </w:tcPr>
          <w:p w:rsidR="00971439" w:rsidRPr="00A15C95" w:rsidRDefault="004742E1">
            <w:pPr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t>Miejscowość i data:</w:t>
            </w:r>
          </w:p>
          <w:p w:rsidR="003D5AEC" w:rsidRPr="00A15C95" w:rsidRDefault="004742E1">
            <w:pPr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br/>
              <w:t>.....................................................</w:t>
            </w:r>
          </w:p>
        </w:tc>
        <w:tc>
          <w:tcPr>
            <w:tcW w:w="4824" w:type="dxa"/>
          </w:tcPr>
          <w:p w:rsidR="00971439" w:rsidRPr="00A15C95" w:rsidRDefault="004742E1">
            <w:pPr>
              <w:jc w:val="right"/>
              <w:rPr>
                <w:color w:val="auto"/>
                <w:sz w:val="17"/>
              </w:rPr>
            </w:pPr>
            <w:r w:rsidRPr="00A15C95">
              <w:rPr>
                <w:color w:val="auto"/>
                <w:sz w:val="17"/>
              </w:rPr>
              <w:t>Własnoręczny podpis przedsiębiorcy:</w:t>
            </w:r>
            <w:r w:rsidRPr="00A15C95">
              <w:rPr>
                <w:color w:val="auto"/>
                <w:sz w:val="17"/>
              </w:rPr>
              <w:br/>
            </w:r>
          </w:p>
          <w:p w:rsidR="003D5AEC" w:rsidRPr="00A15C95" w:rsidRDefault="004742E1">
            <w:pPr>
              <w:jc w:val="right"/>
              <w:rPr>
                <w:color w:val="auto"/>
              </w:rPr>
            </w:pPr>
            <w:r w:rsidRPr="00A15C95">
              <w:rPr>
                <w:color w:val="auto"/>
                <w:sz w:val="17"/>
              </w:rPr>
              <w:t>.....................................................</w:t>
            </w:r>
          </w:p>
        </w:tc>
      </w:tr>
      <w:tr w:rsidR="00971439" w:rsidTr="00971439">
        <w:trPr>
          <w:gridAfter w:val="1"/>
          <w:wAfter w:w="28" w:type="dxa"/>
          <w:jc w:val="center"/>
        </w:trPr>
        <w:tc>
          <w:tcPr>
            <w:tcW w:w="4810" w:type="dxa"/>
            <w:gridSpan w:val="3"/>
          </w:tcPr>
          <w:p w:rsidR="00971439" w:rsidRDefault="00971439">
            <w:pPr>
              <w:rPr>
                <w:color w:val="718096"/>
                <w:sz w:val="17"/>
              </w:rPr>
            </w:pPr>
          </w:p>
        </w:tc>
        <w:tc>
          <w:tcPr>
            <w:tcW w:w="4824" w:type="dxa"/>
          </w:tcPr>
          <w:p w:rsidR="00971439" w:rsidRDefault="00971439">
            <w:pPr>
              <w:jc w:val="right"/>
              <w:rPr>
                <w:color w:val="718096"/>
                <w:sz w:val="17"/>
              </w:rPr>
            </w:pPr>
          </w:p>
        </w:tc>
      </w:tr>
    </w:tbl>
    <w:p w:rsidR="003D5AEC" w:rsidRPr="00A15C95" w:rsidRDefault="004742E1">
      <w:pPr>
        <w:spacing w:before="80" w:after="40"/>
        <w:jc w:val="center"/>
        <w:rPr>
          <w:color w:val="auto"/>
        </w:rPr>
      </w:pPr>
      <w:r w:rsidRPr="00A15C95">
        <w:rPr>
          <w:b/>
          <w:color w:val="auto"/>
          <w:sz w:val="22"/>
        </w:rPr>
        <w:lastRenderedPageBreak/>
        <w:t>ZAŁĄCZNIK NR 4A  |  KATEGORIA II (Szkoły Specjalne)</w:t>
      </w:r>
      <w:r w:rsidRPr="00A15C95">
        <w:rPr>
          <w:b/>
          <w:color w:val="auto"/>
          <w:sz w:val="22"/>
        </w:rPr>
        <w:br/>
      </w:r>
      <w:r w:rsidRPr="00A15C95">
        <w:rPr>
          <w:b/>
          <w:color w:val="auto"/>
          <w:sz w:val="26"/>
        </w:rPr>
        <w:t>UPROSZCZONY WNIOSEK O WPIS DO EWIDENCJI</w:t>
      </w:r>
    </w:p>
    <w:p w:rsidR="003D5AEC" w:rsidRPr="00A15C95" w:rsidRDefault="00A15C95">
      <w:pPr>
        <w:spacing w:after="200"/>
        <w:jc w:val="center"/>
        <w:rPr>
          <w:color w:val="auto"/>
          <w:sz w:val="20"/>
        </w:rPr>
      </w:pPr>
      <w:r w:rsidRPr="00A15C95">
        <w:rPr>
          <w:i/>
          <w:color w:val="auto"/>
          <w:sz w:val="16"/>
        </w:rPr>
        <w:t>(Proszę wypełnić DRUKOWANYMI LITERAMI. Dane mogą być wymyślone, z wyjątkiem imienia, nazwiska, nazwy firmy,  numeru PKD)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034"/>
      </w:tblGrid>
      <w:tr w:rsidR="00A15C95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 w:rsidP="00A15C95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color w:val="auto"/>
                <w:sz w:val="19"/>
              </w:rPr>
              <w:t>Rodzaj wniosku:</w:t>
            </w:r>
          </w:p>
          <w:p w:rsidR="00A15C95" w:rsidRPr="00A15C95" w:rsidRDefault="00A15C95" w:rsidP="00A15C95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(zaznacz właściwe)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t xml:space="preserve"> [   ] Wniosek o wpis do ewidencji</w:t>
            </w: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br/>
              <w:t xml:space="preserve"> [   ] Wniosek o zmianę wpisu</w:t>
            </w:r>
          </w:p>
        </w:tc>
      </w:tr>
      <w:tr w:rsidR="003D5AEC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 w:rsidP="00A15C95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rPr>
                <w:b/>
                <w:color w:val="auto"/>
                <w:sz w:val="19"/>
              </w:rPr>
            </w:pPr>
            <w:r w:rsidRPr="00A15C95">
              <w:rPr>
                <w:b/>
                <w:color w:val="auto"/>
                <w:sz w:val="19"/>
              </w:rPr>
              <w:t>Dane wnioskodawcy:</w:t>
            </w:r>
          </w:p>
          <w:p w:rsidR="00A15C95" w:rsidRPr="00A15C95" w:rsidRDefault="00A15C95" w:rsidP="00A15C95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 xml:space="preserve">(zaznacz właściwe </w:t>
            </w:r>
            <w:r>
              <w:rPr>
                <w:color w:val="auto"/>
                <w:sz w:val="18"/>
              </w:rPr>
              <w:t>i</w:t>
            </w:r>
            <w:r w:rsidRPr="00A15C95">
              <w:rPr>
                <w:color w:val="auto"/>
                <w:sz w:val="18"/>
              </w:rPr>
              <w:t xml:space="preserve"> wpisz dane)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t xml:space="preserve"> Płeć: [   ] Kobieta   [   ] Mężczyzna</w:t>
            </w:r>
          </w:p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br/>
              <w:t xml:space="preserve"> Nazwisko: ...........................................................................</w:t>
            </w:r>
            <w:r w:rsidR="00A15C95">
              <w:rPr>
                <w:color w:val="auto"/>
                <w:sz w:val="18"/>
              </w:rPr>
              <w:t>....................</w:t>
            </w:r>
            <w:r w:rsidRPr="00A15C95">
              <w:rPr>
                <w:color w:val="auto"/>
                <w:sz w:val="18"/>
              </w:rPr>
              <w:br/>
              <w:t xml:space="preserve"> </w:t>
            </w:r>
          </w:p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t>Imię: ...................................................................................</w:t>
            </w:r>
            <w:r w:rsidR="00A15C95">
              <w:rPr>
                <w:color w:val="auto"/>
                <w:sz w:val="18"/>
              </w:rPr>
              <w:t>......................</w:t>
            </w:r>
            <w:r w:rsidRPr="00A15C95">
              <w:rPr>
                <w:color w:val="auto"/>
                <w:sz w:val="18"/>
              </w:rPr>
              <w:br/>
              <w:t xml:space="preserve"> </w:t>
            </w: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Data i miejsce urodzenia: ....................................................</w:t>
            </w:r>
            <w:r w:rsidR="00A15C95">
              <w:rPr>
                <w:color w:val="auto"/>
                <w:sz w:val="18"/>
              </w:rPr>
              <w:t>...................</w:t>
            </w:r>
          </w:p>
        </w:tc>
      </w:tr>
      <w:tr w:rsidR="00A15C95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3. Nazwa mojej firmy: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5C95" w:rsidRDefault="004742E1" w:rsidP="00A15C95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t xml:space="preserve"> </w:t>
            </w:r>
          </w:p>
          <w:p w:rsidR="003D5AEC" w:rsidRPr="00A15C95" w:rsidRDefault="004742E1" w:rsidP="00A15C95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................................................</w:t>
            </w:r>
            <w:r w:rsidR="00A15C95">
              <w:rPr>
                <w:color w:val="auto"/>
                <w:sz w:val="18"/>
              </w:rPr>
              <w:t>.............................................................</w:t>
            </w:r>
            <w:r w:rsidR="00A15C95" w:rsidRPr="00A15C95">
              <w:rPr>
                <w:color w:val="auto"/>
                <w:sz w:val="18"/>
              </w:rPr>
              <w:t xml:space="preserve"> </w:t>
            </w:r>
            <w:r w:rsidRPr="00A15C95">
              <w:rPr>
                <w:color w:val="auto"/>
                <w:sz w:val="18"/>
              </w:rPr>
              <w:br/>
              <w:t xml:space="preserve"> (musi korespondować z szyldem/makietą)</w:t>
            </w:r>
          </w:p>
        </w:tc>
      </w:tr>
      <w:tr w:rsidR="003D5AEC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 w:rsidP="00A15C95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4. Co moja firma będzie robić?</w:t>
            </w:r>
            <w:r w:rsidRPr="00A15C95">
              <w:rPr>
                <w:b/>
                <w:color w:val="auto"/>
                <w:sz w:val="19"/>
              </w:rPr>
              <w:br/>
            </w:r>
            <w:r w:rsidR="00A15C95" w:rsidRPr="00A15C95">
              <w:rPr>
                <w:b/>
                <w:color w:val="auto"/>
                <w:sz w:val="19"/>
              </w:rPr>
              <w:t>(zaznacz właściwe</w:t>
            </w:r>
            <w:r w:rsidR="00A15C95">
              <w:rPr>
                <w:b/>
                <w:color w:val="auto"/>
                <w:sz w:val="19"/>
              </w:rPr>
              <w:t>)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t xml:space="preserve"> [   ] Usługi (np. fryzjer, naprawa, opieka, doradztwo)</w:t>
            </w:r>
          </w:p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br/>
              <w:t xml:space="preserve"> [   ] Sprzedaż (np. sklep internetowy, kawiarnia)</w:t>
            </w:r>
          </w:p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br/>
              <w:t xml:space="preserve"> [   ] Produkcja (np. pieczenie ciast, robien</w:t>
            </w:r>
            <w:r w:rsidR="00A15C95">
              <w:rPr>
                <w:color w:val="auto"/>
                <w:sz w:val="18"/>
              </w:rPr>
              <w:t>ie maskotek)</w:t>
            </w:r>
          </w:p>
          <w:p w:rsidR="00A15C95" w:rsidRDefault="00A15C95">
            <w:pPr>
              <w:spacing w:before="40" w:after="40" w:line="276" w:lineRule="auto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br/>
              <w:t xml:space="preserve"> [   ] Transport </w:t>
            </w:r>
          </w:p>
          <w:p w:rsidR="00A15C95" w:rsidRDefault="00A15C95">
            <w:pPr>
              <w:spacing w:before="40" w:after="40" w:line="276" w:lineRule="auto"/>
              <w:rPr>
                <w:color w:val="auto"/>
                <w:sz w:val="18"/>
              </w:rPr>
            </w:pP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Inne: ........................................................</w:t>
            </w:r>
            <w:r w:rsidR="00A15C95">
              <w:rPr>
                <w:color w:val="auto"/>
                <w:sz w:val="18"/>
              </w:rPr>
              <w:t>.................................................</w:t>
            </w:r>
          </w:p>
        </w:tc>
      </w:tr>
      <w:tr w:rsidR="003D5AEC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5. Szczegóły firmy: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t xml:space="preserve"> Data startu firmy: ................................................................</w:t>
            </w:r>
            <w:r w:rsidR="00A15C95">
              <w:rPr>
                <w:color w:val="auto"/>
                <w:sz w:val="18"/>
              </w:rPr>
              <w:t>....................</w:t>
            </w:r>
          </w:p>
          <w:p w:rsidR="00A15C95" w:rsidRDefault="004742E1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br/>
              <w:t xml:space="preserve"> Liczba pomocników/pracowników: ........................................</w:t>
            </w:r>
            <w:r w:rsidR="00A15C95">
              <w:rPr>
                <w:color w:val="auto"/>
                <w:sz w:val="18"/>
              </w:rPr>
              <w:t>................</w:t>
            </w:r>
          </w:p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br/>
              <w:t xml:space="preserve"> Miasto, gdzie firma będzie działać: ........................................</w:t>
            </w:r>
            <w:r w:rsidR="00A15C95">
              <w:rPr>
                <w:color w:val="auto"/>
                <w:sz w:val="18"/>
              </w:rPr>
              <w:t>.................</w:t>
            </w:r>
          </w:p>
        </w:tc>
      </w:tr>
      <w:tr w:rsidR="00A15C95" w:rsidRPr="00A15C95">
        <w:trPr>
          <w:jc w:val="center"/>
        </w:trPr>
        <w:tc>
          <w:tcPr>
            <w:tcW w:w="3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AEC" w:rsidRPr="00A15C95" w:rsidRDefault="004742E1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b/>
                <w:color w:val="auto"/>
                <w:sz w:val="19"/>
              </w:rPr>
              <w:t>6. Przeważający kod PKD:</w:t>
            </w:r>
            <w:r w:rsidRPr="00A15C95">
              <w:rPr>
                <w:b/>
                <w:color w:val="auto"/>
                <w:sz w:val="19"/>
              </w:rPr>
              <w:br/>
              <w:t>(ze strony biznes.gov.pl)</w:t>
            </w:r>
          </w:p>
        </w:tc>
        <w:tc>
          <w:tcPr>
            <w:tcW w:w="603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5C95" w:rsidRPr="00A15C95" w:rsidRDefault="004742E1" w:rsidP="00A15C95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t xml:space="preserve"> KOD PKD:  </w:t>
            </w:r>
          </w:p>
          <w:tbl>
            <w:tblPr>
              <w:tblStyle w:val="TableNormal"/>
              <w:tblpPr w:leftFromText="141" w:rightFromText="141" w:vertAnchor="text" w:horzAnchor="page" w:tblpX="1456" w:tblpY="-14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4"/>
              <w:gridCol w:w="372"/>
              <w:gridCol w:w="372"/>
              <w:gridCol w:w="375"/>
              <w:gridCol w:w="372"/>
            </w:tblGrid>
            <w:tr w:rsidR="00A15C95" w:rsidRPr="00A15C95" w:rsidTr="00696035">
              <w:trPr>
                <w:trHeight w:val="253"/>
              </w:trPr>
              <w:tc>
                <w:tcPr>
                  <w:tcW w:w="374" w:type="dxa"/>
                </w:tcPr>
                <w:p w:rsidR="00A15C95" w:rsidRPr="00A15C95" w:rsidRDefault="00A15C95" w:rsidP="00A15C95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72" w:type="dxa"/>
                </w:tcPr>
                <w:p w:rsidR="00A15C95" w:rsidRPr="00A15C95" w:rsidRDefault="00A15C95" w:rsidP="00A15C95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72" w:type="dxa"/>
                </w:tcPr>
                <w:p w:rsidR="00A15C95" w:rsidRPr="00A15C95" w:rsidRDefault="00A15C95" w:rsidP="00A15C95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75" w:type="dxa"/>
                </w:tcPr>
                <w:p w:rsidR="00A15C95" w:rsidRPr="00A15C95" w:rsidRDefault="00A15C95" w:rsidP="00A15C95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72" w:type="dxa"/>
                </w:tcPr>
                <w:p w:rsidR="00A15C95" w:rsidRPr="00A15C95" w:rsidRDefault="00A15C95" w:rsidP="00A15C95">
                  <w:pPr>
                    <w:pStyle w:val="TableParagraph"/>
                    <w:rPr>
                      <w:b/>
                      <w:sz w:val="18"/>
                    </w:rPr>
                  </w:pPr>
                </w:p>
              </w:tc>
            </w:tr>
          </w:tbl>
          <w:p w:rsidR="00A15C95" w:rsidRDefault="004742E1" w:rsidP="00A15C95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br/>
              <w:t xml:space="preserve"> </w:t>
            </w:r>
          </w:p>
          <w:p w:rsidR="00A15C95" w:rsidRDefault="004742E1" w:rsidP="00A15C95">
            <w:pPr>
              <w:spacing w:before="40" w:after="40" w:line="276" w:lineRule="auto"/>
              <w:rPr>
                <w:color w:val="auto"/>
                <w:sz w:val="18"/>
              </w:rPr>
            </w:pPr>
            <w:r w:rsidRPr="00A15C95">
              <w:rPr>
                <w:color w:val="auto"/>
                <w:sz w:val="18"/>
              </w:rPr>
              <w:t>Opis mojej działalności: ........................................................</w:t>
            </w:r>
            <w:r w:rsidR="00A15C95">
              <w:rPr>
                <w:color w:val="auto"/>
                <w:sz w:val="18"/>
              </w:rPr>
              <w:t>................</w:t>
            </w:r>
          </w:p>
          <w:p w:rsidR="003D5AEC" w:rsidRPr="00A15C95" w:rsidRDefault="004742E1" w:rsidP="00A15C95">
            <w:pPr>
              <w:spacing w:before="40" w:after="40" w:line="276" w:lineRule="auto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br/>
              <w:t xml:space="preserve"> ........................................................................................................</w:t>
            </w:r>
            <w:r w:rsidR="00A15C95">
              <w:rPr>
                <w:color w:val="auto"/>
                <w:sz w:val="18"/>
              </w:rPr>
              <w:t>.......</w:t>
            </w:r>
          </w:p>
        </w:tc>
      </w:tr>
    </w:tbl>
    <w:p w:rsidR="003D5AEC" w:rsidRPr="00A15C95" w:rsidRDefault="003D5AEC">
      <w:pPr>
        <w:spacing w:after="160"/>
        <w:rPr>
          <w:color w:val="auto"/>
        </w:rPr>
      </w:pPr>
    </w:p>
    <w:p w:rsidR="004532CF" w:rsidRPr="00A15C95" w:rsidRDefault="004532CF">
      <w:pPr>
        <w:spacing w:after="160"/>
        <w:rPr>
          <w:color w:val="auto"/>
        </w:rPr>
      </w:pPr>
    </w:p>
    <w:p w:rsidR="004532CF" w:rsidRPr="00A15C95" w:rsidRDefault="004532CF">
      <w:pPr>
        <w:spacing w:after="160"/>
        <w:rPr>
          <w:color w:val="auto"/>
        </w:rPr>
      </w:pPr>
    </w:p>
    <w:p w:rsidR="004532CF" w:rsidRPr="00A15C95" w:rsidRDefault="004532CF">
      <w:pPr>
        <w:spacing w:after="160"/>
        <w:rPr>
          <w:color w:val="auto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0"/>
        <w:gridCol w:w="4824"/>
      </w:tblGrid>
      <w:tr w:rsidR="003D5AEC" w:rsidRPr="00A15C95">
        <w:trPr>
          <w:jc w:val="center"/>
        </w:trPr>
        <w:tc>
          <w:tcPr>
            <w:tcW w:w="4810" w:type="dxa"/>
          </w:tcPr>
          <w:p w:rsidR="003D5AEC" w:rsidRPr="00A15C95" w:rsidRDefault="004742E1">
            <w:pPr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Miejscowość i data:</w:t>
            </w:r>
            <w:r w:rsidRPr="00A15C95">
              <w:rPr>
                <w:color w:val="auto"/>
                <w:sz w:val="18"/>
              </w:rPr>
              <w:br/>
              <w:t>.....................................................</w:t>
            </w:r>
          </w:p>
        </w:tc>
        <w:tc>
          <w:tcPr>
            <w:tcW w:w="4824" w:type="dxa"/>
          </w:tcPr>
          <w:p w:rsidR="003D5AEC" w:rsidRPr="00A15C95" w:rsidRDefault="004742E1">
            <w:pPr>
              <w:jc w:val="right"/>
              <w:rPr>
                <w:color w:val="auto"/>
              </w:rPr>
            </w:pPr>
            <w:r w:rsidRPr="00A15C95">
              <w:rPr>
                <w:color w:val="auto"/>
                <w:sz w:val="18"/>
              </w:rPr>
              <w:t>Własnoręczny podpis przedsiębiorcy:</w:t>
            </w:r>
            <w:r w:rsidRPr="00A15C95">
              <w:rPr>
                <w:color w:val="auto"/>
                <w:sz w:val="18"/>
              </w:rPr>
              <w:br/>
              <w:t>.....................................................</w:t>
            </w:r>
          </w:p>
        </w:tc>
      </w:tr>
    </w:tbl>
    <w:p w:rsidR="004742E1" w:rsidRPr="00A15C95" w:rsidRDefault="004742E1">
      <w:pPr>
        <w:rPr>
          <w:color w:val="auto"/>
        </w:rPr>
      </w:pPr>
    </w:p>
    <w:sectPr w:rsidR="004742E1" w:rsidRPr="00A15C95" w:rsidSect="00665C72">
      <w:headerReference w:type="default" r:id="rId11"/>
      <w:footerReference w:type="default" r:id="rId12"/>
      <w:pgSz w:w="11909" w:h="16834"/>
      <w:pgMar w:top="755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0CE" w:rsidRDefault="00CF20CE">
      <w:pPr>
        <w:spacing w:after="0" w:line="240" w:lineRule="auto"/>
      </w:pPr>
      <w:r>
        <w:separator/>
      </w:r>
    </w:p>
  </w:endnote>
  <w:endnote w:type="continuationSeparator" w:id="0">
    <w:p w:rsidR="00CF20CE" w:rsidRDefault="00CF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439" w:rsidRDefault="00971439">
    <w:pPr>
      <w:pStyle w:val="Stopka"/>
      <w:jc w:val="center"/>
    </w:pPr>
    <w:r>
      <w:rPr>
        <w:color w:val="718096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4625B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0CE" w:rsidRDefault="00CF20CE">
      <w:pPr>
        <w:spacing w:after="0" w:line="240" w:lineRule="auto"/>
      </w:pPr>
      <w:r>
        <w:separator/>
      </w:r>
    </w:p>
  </w:footnote>
  <w:footnote w:type="continuationSeparator" w:id="0">
    <w:p w:rsidR="00CF20CE" w:rsidRDefault="00CF2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439" w:rsidRDefault="00971439">
    <w:pPr>
      <w:pStyle w:val="Nagwek"/>
      <w:jc w:val="right"/>
    </w:pPr>
    <w:r>
      <w:rPr>
        <w:color w:val="718096"/>
        <w:sz w:val="17"/>
      </w:rPr>
      <w:t>Wojewódzki Konkurs „Człowiek – serce BIZNESU</w:t>
    </w:r>
    <w:r w:rsidR="00665C72">
      <w:rPr>
        <w:color w:val="718096"/>
        <w:sz w:val="17"/>
      </w:rPr>
      <w:t>.</w:t>
    </w:r>
    <w:r w:rsidR="00665C72" w:rsidRPr="00665C72">
      <w:t xml:space="preserve"> </w:t>
    </w:r>
    <w:r w:rsidR="00665C72" w:rsidRPr="00665C72">
      <w:rPr>
        <w:color w:val="718096"/>
        <w:sz w:val="17"/>
      </w:rPr>
      <w:t>Stwórz firmę z duszą”</w:t>
    </w:r>
    <w:r>
      <w:rPr>
        <w:color w:val="718096"/>
        <w:sz w:val="17"/>
      </w:rPr>
      <w:t>” | Regulamin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EE2375"/>
    <w:multiLevelType w:val="hybridMultilevel"/>
    <w:tmpl w:val="982EB9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D74A3"/>
    <w:multiLevelType w:val="hybridMultilevel"/>
    <w:tmpl w:val="1D245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6ED6"/>
    <w:rsid w:val="0029639D"/>
    <w:rsid w:val="00326F90"/>
    <w:rsid w:val="003D5AEC"/>
    <w:rsid w:val="004532CF"/>
    <w:rsid w:val="004625B2"/>
    <w:rsid w:val="00464FC5"/>
    <w:rsid w:val="004742E1"/>
    <w:rsid w:val="00665C72"/>
    <w:rsid w:val="00775C3A"/>
    <w:rsid w:val="00971439"/>
    <w:rsid w:val="00A037ED"/>
    <w:rsid w:val="00A15C95"/>
    <w:rsid w:val="00AA1D8D"/>
    <w:rsid w:val="00B47730"/>
    <w:rsid w:val="00CB0664"/>
    <w:rsid w:val="00CF20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C35846"/>
  <w14:defaultImageDpi w14:val="300"/>
  <w15:docId w15:val="{17D5EC76-AC84-48C2-BAFE-EEA960BBE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5C95"/>
    <w:pPr>
      <w:spacing w:after="120" w:line="300" w:lineRule="auto"/>
    </w:pPr>
    <w:rPr>
      <w:rFonts w:ascii="Arial" w:hAnsi="Arial"/>
      <w:color w:val="2D3748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971439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714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61D006-237B-46C1-9282-9B81F17E3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2379</Words>
  <Characters>14279</Characters>
  <Application>Microsoft Office Word</Application>
  <DocSecurity>0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Sabina</cp:lastModifiedBy>
  <cp:revision>2</cp:revision>
  <dcterms:created xsi:type="dcterms:W3CDTF">2026-09-08T13:45:00Z</dcterms:created>
  <dcterms:modified xsi:type="dcterms:W3CDTF">2026-09-08T13:45:00Z</dcterms:modified>
  <cp:category/>
</cp:coreProperties>
</file>